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999FA" w14:textId="77777777" w:rsidR="00322AF6" w:rsidRDefault="00000000">
      <w:pPr>
        <w:spacing w:after="60"/>
        <w:jc w:val="center"/>
        <w:rPr>
          <w:lang w:eastAsia="zh-TW"/>
        </w:rPr>
      </w:pPr>
      <w:r>
        <w:rPr>
          <w:b/>
          <w:color w:val="1F4E79"/>
          <w:sz w:val="32"/>
          <w:lang w:eastAsia="zh-TW"/>
        </w:rPr>
        <w:t>2026台維斯</w:t>
      </w:r>
      <w:proofErr w:type="gramStart"/>
      <w:r>
        <w:rPr>
          <w:b/>
          <w:color w:val="1F4E79"/>
          <w:sz w:val="32"/>
          <w:lang w:eastAsia="zh-TW"/>
        </w:rPr>
        <w:t>盃</w:t>
      </w:r>
      <w:proofErr w:type="gramEnd"/>
      <w:r>
        <w:rPr>
          <w:b/>
          <w:color w:val="1F4E79"/>
          <w:sz w:val="32"/>
          <w:lang w:eastAsia="zh-TW"/>
        </w:rPr>
        <w:t>國際男子網球團體錦標賽世界一級中華台北對瑞典網路及其他器材租用採購案</w:t>
      </w:r>
    </w:p>
    <w:p w14:paraId="6854D7DF" w14:textId="77777777" w:rsidR="00322AF6" w:rsidRDefault="00000000">
      <w:pPr>
        <w:spacing w:after="240"/>
        <w:jc w:val="center"/>
        <w:rPr>
          <w:lang w:eastAsia="zh-TW"/>
        </w:rPr>
      </w:pPr>
      <w:r>
        <w:rPr>
          <w:b/>
          <w:sz w:val="24"/>
          <w:lang w:eastAsia="zh-TW"/>
        </w:rPr>
        <w:t>（未達公告金額）（免收押標金）需求規範書</w:t>
      </w:r>
    </w:p>
    <w:p w14:paraId="19EA6DDD" w14:textId="77777777" w:rsidR="00322AF6" w:rsidRDefault="00000000">
      <w:pPr>
        <w:pStyle w:val="1"/>
        <w:rPr>
          <w:lang w:eastAsia="zh-TW"/>
        </w:rPr>
      </w:pPr>
      <w:r>
        <w:rPr>
          <w:lang w:eastAsia="zh-TW"/>
        </w:rPr>
        <w:t>壹、辦理案名</w:t>
      </w:r>
    </w:p>
    <w:p w14:paraId="518587AF" w14:textId="77777777" w:rsidR="00322AF6" w:rsidRDefault="00000000">
      <w:pPr>
        <w:pStyle w:val="af"/>
        <w:rPr>
          <w:lang w:eastAsia="zh-TW"/>
        </w:rPr>
      </w:pPr>
      <w:r>
        <w:rPr>
          <w:lang w:eastAsia="zh-TW"/>
        </w:rPr>
        <w:t>2026台維斯</w:t>
      </w:r>
      <w:proofErr w:type="gramStart"/>
      <w:r>
        <w:rPr>
          <w:lang w:eastAsia="zh-TW"/>
        </w:rPr>
        <w:t>盃</w:t>
      </w:r>
      <w:proofErr w:type="gramEnd"/>
      <w:r>
        <w:rPr>
          <w:lang w:eastAsia="zh-TW"/>
        </w:rPr>
        <w:t>國際男子網球團體錦標賽世界一級中華台北對瑞典網路及其他器材租用採購案。</w:t>
      </w:r>
    </w:p>
    <w:p w14:paraId="0AB31A98" w14:textId="77777777" w:rsidR="00322AF6" w:rsidRDefault="00000000">
      <w:pPr>
        <w:pStyle w:val="1"/>
        <w:rPr>
          <w:rFonts w:eastAsia="新細明體"/>
          <w:lang w:eastAsia="zh-TW"/>
        </w:rPr>
      </w:pPr>
      <w:r>
        <w:rPr>
          <w:lang w:eastAsia="zh-TW"/>
        </w:rPr>
        <w:t>貳、採購標的說明</w:t>
      </w:r>
    </w:p>
    <w:tbl>
      <w:tblPr>
        <w:tblStyle w:val="aff2"/>
        <w:tblW w:w="9423" w:type="dxa"/>
        <w:jc w:val="center"/>
        <w:tblLayout w:type="fixed"/>
        <w:tblLook w:val="04A0" w:firstRow="1" w:lastRow="0" w:firstColumn="1" w:lastColumn="0" w:noHBand="0" w:noVBand="1"/>
      </w:tblPr>
      <w:tblGrid>
        <w:gridCol w:w="600"/>
        <w:gridCol w:w="1663"/>
        <w:gridCol w:w="5875"/>
        <w:gridCol w:w="1285"/>
      </w:tblGrid>
      <w:tr w:rsidR="003F235A" w14:paraId="2882226A" w14:textId="77777777" w:rsidTr="009222C3">
        <w:trPr>
          <w:tblHeader/>
          <w:jc w:val="center"/>
        </w:trPr>
        <w:tc>
          <w:tcPr>
            <w:tcW w:w="600" w:type="dxa"/>
            <w:shd w:val="clear" w:color="auto" w:fill="D9E2F3"/>
            <w:tcMar>
              <w:top w:w="90" w:type="dxa"/>
              <w:left w:w="110" w:type="dxa"/>
              <w:bottom w:w="90" w:type="dxa"/>
              <w:right w:w="110" w:type="dxa"/>
            </w:tcMar>
            <w:vAlign w:val="center"/>
          </w:tcPr>
          <w:p w14:paraId="2807B38F" w14:textId="77777777" w:rsidR="003F235A" w:rsidRDefault="003F235A" w:rsidP="009222C3">
            <w:pPr>
              <w:jc w:val="center"/>
            </w:pPr>
            <w:proofErr w:type="spellStart"/>
            <w:r>
              <w:rPr>
                <w:b/>
                <w:sz w:val="16"/>
              </w:rPr>
              <w:t>項次</w:t>
            </w:r>
            <w:proofErr w:type="spellEnd"/>
          </w:p>
        </w:tc>
        <w:tc>
          <w:tcPr>
            <w:tcW w:w="1663" w:type="dxa"/>
            <w:shd w:val="clear" w:color="auto" w:fill="D9E2F3"/>
            <w:tcMar>
              <w:top w:w="90" w:type="dxa"/>
              <w:left w:w="110" w:type="dxa"/>
              <w:bottom w:w="90" w:type="dxa"/>
              <w:right w:w="110" w:type="dxa"/>
            </w:tcMar>
            <w:vAlign w:val="center"/>
          </w:tcPr>
          <w:p w14:paraId="4A803011" w14:textId="77777777" w:rsidR="003F235A" w:rsidRDefault="003F235A" w:rsidP="009222C3">
            <w:pPr>
              <w:jc w:val="center"/>
            </w:pPr>
            <w:proofErr w:type="spellStart"/>
            <w:r>
              <w:rPr>
                <w:b/>
                <w:sz w:val="16"/>
              </w:rPr>
              <w:t>品項</w:t>
            </w:r>
            <w:proofErr w:type="spellEnd"/>
          </w:p>
        </w:tc>
        <w:tc>
          <w:tcPr>
            <w:tcW w:w="5875" w:type="dxa"/>
            <w:shd w:val="clear" w:color="auto" w:fill="D9E2F3"/>
            <w:tcMar>
              <w:top w:w="90" w:type="dxa"/>
              <w:left w:w="110" w:type="dxa"/>
              <w:bottom w:w="90" w:type="dxa"/>
              <w:right w:w="110" w:type="dxa"/>
            </w:tcMar>
            <w:vAlign w:val="center"/>
          </w:tcPr>
          <w:p w14:paraId="32C0E214" w14:textId="77777777" w:rsidR="003F235A" w:rsidRDefault="003F235A" w:rsidP="009222C3">
            <w:pPr>
              <w:jc w:val="center"/>
            </w:pPr>
            <w:proofErr w:type="spellStart"/>
            <w:r>
              <w:rPr>
                <w:b/>
                <w:sz w:val="16"/>
              </w:rPr>
              <w:t>規格</w:t>
            </w:r>
            <w:proofErr w:type="spellEnd"/>
          </w:p>
        </w:tc>
        <w:tc>
          <w:tcPr>
            <w:tcW w:w="1285" w:type="dxa"/>
            <w:shd w:val="clear" w:color="auto" w:fill="D9E2F3"/>
            <w:tcMar>
              <w:top w:w="90" w:type="dxa"/>
              <w:left w:w="110" w:type="dxa"/>
              <w:bottom w:w="90" w:type="dxa"/>
              <w:right w:w="110" w:type="dxa"/>
            </w:tcMar>
            <w:vAlign w:val="center"/>
          </w:tcPr>
          <w:p w14:paraId="2CADF44E" w14:textId="77777777" w:rsidR="003F235A" w:rsidRDefault="003F235A" w:rsidP="009222C3">
            <w:pPr>
              <w:jc w:val="center"/>
            </w:pPr>
            <w:proofErr w:type="spellStart"/>
            <w:r>
              <w:rPr>
                <w:b/>
                <w:sz w:val="16"/>
              </w:rPr>
              <w:t>數量</w:t>
            </w:r>
            <w:proofErr w:type="spellEnd"/>
          </w:p>
        </w:tc>
      </w:tr>
      <w:tr w:rsidR="003F235A" w14:paraId="60AB984C" w14:textId="77777777" w:rsidTr="009222C3">
        <w:trPr>
          <w:jc w:val="center"/>
        </w:trPr>
        <w:tc>
          <w:tcPr>
            <w:tcW w:w="600" w:type="dxa"/>
            <w:vMerge w:val="restart"/>
            <w:tcMar>
              <w:top w:w="90" w:type="dxa"/>
              <w:left w:w="110" w:type="dxa"/>
              <w:bottom w:w="90" w:type="dxa"/>
              <w:right w:w="110" w:type="dxa"/>
            </w:tcMar>
            <w:vAlign w:val="center"/>
          </w:tcPr>
          <w:p w14:paraId="236EFA53" w14:textId="77777777" w:rsidR="003F235A" w:rsidRDefault="003F235A" w:rsidP="009222C3">
            <w:pPr>
              <w:jc w:val="center"/>
            </w:pPr>
            <w:r>
              <w:rPr>
                <w:sz w:val="16"/>
              </w:rPr>
              <w:t>1</w:t>
            </w:r>
          </w:p>
        </w:tc>
        <w:tc>
          <w:tcPr>
            <w:tcW w:w="1663" w:type="dxa"/>
            <w:vMerge w:val="restart"/>
            <w:tcMar>
              <w:top w:w="90" w:type="dxa"/>
              <w:left w:w="110" w:type="dxa"/>
              <w:bottom w:w="90" w:type="dxa"/>
              <w:right w:w="110" w:type="dxa"/>
            </w:tcMar>
            <w:vAlign w:val="center"/>
          </w:tcPr>
          <w:p w14:paraId="7386165E" w14:textId="77777777" w:rsidR="003F235A" w:rsidRDefault="003F235A" w:rsidP="009222C3">
            <w:proofErr w:type="spellStart"/>
            <w:r>
              <w:rPr>
                <w:sz w:val="16"/>
              </w:rPr>
              <w:t>室內球場音響設備組</w:t>
            </w:r>
            <w:proofErr w:type="spellEnd"/>
          </w:p>
        </w:tc>
        <w:tc>
          <w:tcPr>
            <w:tcW w:w="5875" w:type="dxa"/>
            <w:tcMar>
              <w:top w:w="90" w:type="dxa"/>
              <w:left w:w="110" w:type="dxa"/>
              <w:bottom w:w="90" w:type="dxa"/>
              <w:right w:w="110" w:type="dxa"/>
            </w:tcMar>
            <w:vAlign w:val="center"/>
          </w:tcPr>
          <w:p w14:paraId="7A151AA4" w14:textId="77777777" w:rsidR="003F235A" w:rsidRDefault="003F235A" w:rsidP="009222C3">
            <w:pPr>
              <w:rPr>
                <w:lang w:eastAsia="zh-TW"/>
              </w:rPr>
            </w:pPr>
            <w:r>
              <w:rPr>
                <w:sz w:val="16"/>
                <w:lang w:eastAsia="zh-TW"/>
              </w:rPr>
              <w:t>全音域外場喇叭8顆及專用擴大機</w:t>
            </w:r>
          </w:p>
        </w:tc>
        <w:tc>
          <w:tcPr>
            <w:tcW w:w="1285" w:type="dxa"/>
            <w:tcMar>
              <w:top w:w="90" w:type="dxa"/>
              <w:left w:w="110" w:type="dxa"/>
              <w:bottom w:w="90" w:type="dxa"/>
              <w:right w:w="110" w:type="dxa"/>
            </w:tcMar>
            <w:vAlign w:val="center"/>
          </w:tcPr>
          <w:p w14:paraId="16AC0795" w14:textId="77777777" w:rsidR="003F235A" w:rsidRDefault="003F235A" w:rsidP="009222C3">
            <w:pPr>
              <w:jc w:val="center"/>
            </w:pPr>
            <w:r>
              <w:rPr>
                <w:sz w:val="16"/>
              </w:rPr>
              <w:t>1式</w:t>
            </w:r>
          </w:p>
        </w:tc>
      </w:tr>
      <w:tr w:rsidR="003F235A" w14:paraId="5A925F64" w14:textId="77777777" w:rsidTr="009222C3">
        <w:trPr>
          <w:jc w:val="center"/>
        </w:trPr>
        <w:tc>
          <w:tcPr>
            <w:tcW w:w="600" w:type="dxa"/>
            <w:vMerge/>
            <w:tcMar>
              <w:top w:w="90" w:type="dxa"/>
              <w:left w:w="110" w:type="dxa"/>
              <w:bottom w:w="90" w:type="dxa"/>
              <w:right w:w="110" w:type="dxa"/>
            </w:tcMar>
            <w:vAlign w:val="center"/>
          </w:tcPr>
          <w:p w14:paraId="31FE8C27" w14:textId="77777777" w:rsidR="003F235A" w:rsidRDefault="003F235A" w:rsidP="009222C3">
            <w:pPr>
              <w:jc w:val="center"/>
            </w:pPr>
          </w:p>
        </w:tc>
        <w:tc>
          <w:tcPr>
            <w:tcW w:w="1663" w:type="dxa"/>
            <w:vMerge/>
            <w:tcMar>
              <w:top w:w="90" w:type="dxa"/>
              <w:left w:w="110" w:type="dxa"/>
              <w:bottom w:w="90" w:type="dxa"/>
              <w:right w:w="110" w:type="dxa"/>
            </w:tcMar>
            <w:vAlign w:val="center"/>
          </w:tcPr>
          <w:p w14:paraId="0D538744" w14:textId="77777777" w:rsidR="003F235A" w:rsidRDefault="003F235A" w:rsidP="009222C3"/>
        </w:tc>
        <w:tc>
          <w:tcPr>
            <w:tcW w:w="5875" w:type="dxa"/>
            <w:tcMar>
              <w:top w:w="90" w:type="dxa"/>
              <w:left w:w="110" w:type="dxa"/>
              <w:bottom w:w="90" w:type="dxa"/>
              <w:right w:w="110" w:type="dxa"/>
            </w:tcMar>
            <w:vAlign w:val="center"/>
          </w:tcPr>
          <w:p w14:paraId="58790009" w14:textId="77777777" w:rsidR="003F235A" w:rsidRDefault="003F235A" w:rsidP="009222C3">
            <w:pPr>
              <w:rPr>
                <w:lang w:eastAsia="zh-TW"/>
              </w:rPr>
            </w:pPr>
            <w:r>
              <w:rPr>
                <w:sz w:val="16"/>
                <w:lang w:eastAsia="zh-TW"/>
              </w:rPr>
              <w:t>麥克風接收主機</w:t>
            </w:r>
          </w:p>
        </w:tc>
        <w:tc>
          <w:tcPr>
            <w:tcW w:w="1285" w:type="dxa"/>
            <w:tcMar>
              <w:top w:w="90" w:type="dxa"/>
              <w:left w:w="110" w:type="dxa"/>
              <w:bottom w:w="90" w:type="dxa"/>
              <w:right w:w="110" w:type="dxa"/>
            </w:tcMar>
            <w:vAlign w:val="center"/>
          </w:tcPr>
          <w:p w14:paraId="35034C49" w14:textId="77777777" w:rsidR="003F235A" w:rsidRDefault="003F235A" w:rsidP="009222C3">
            <w:pPr>
              <w:jc w:val="center"/>
            </w:pPr>
            <w:r>
              <w:rPr>
                <w:sz w:val="16"/>
              </w:rPr>
              <w:t>2台</w:t>
            </w:r>
          </w:p>
        </w:tc>
      </w:tr>
      <w:tr w:rsidR="003F235A" w14:paraId="5B71FA07" w14:textId="77777777" w:rsidTr="009222C3">
        <w:trPr>
          <w:jc w:val="center"/>
        </w:trPr>
        <w:tc>
          <w:tcPr>
            <w:tcW w:w="600" w:type="dxa"/>
            <w:vMerge/>
            <w:tcMar>
              <w:top w:w="90" w:type="dxa"/>
              <w:left w:w="110" w:type="dxa"/>
              <w:bottom w:w="90" w:type="dxa"/>
              <w:right w:w="110" w:type="dxa"/>
            </w:tcMar>
            <w:vAlign w:val="center"/>
          </w:tcPr>
          <w:p w14:paraId="3C62551F" w14:textId="77777777" w:rsidR="003F235A" w:rsidRDefault="003F235A" w:rsidP="009222C3">
            <w:pPr>
              <w:jc w:val="center"/>
            </w:pPr>
          </w:p>
        </w:tc>
        <w:tc>
          <w:tcPr>
            <w:tcW w:w="1663" w:type="dxa"/>
            <w:vMerge/>
            <w:tcMar>
              <w:top w:w="90" w:type="dxa"/>
              <w:left w:w="110" w:type="dxa"/>
              <w:bottom w:w="90" w:type="dxa"/>
              <w:right w:w="110" w:type="dxa"/>
            </w:tcMar>
            <w:vAlign w:val="center"/>
          </w:tcPr>
          <w:p w14:paraId="23685F47" w14:textId="77777777" w:rsidR="003F235A" w:rsidRDefault="003F235A" w:rsidP="009222C3"/>
        </w:tc>
        <w:tc>
          <w:tcPr>
            <w:tcW w:w="5875" w:type="dxa"/>
            <w:tcMar>
              <w:top w:w="90" w:type="dxa"/>
              <w:left w:w="110" w:type="dxa"/>
              <w:bottom w:w="90" w:type="dxa"/>
              <w:right w:w="110" w:type="dxa"/>
            </w:tcMar>
            <w:vAlign w:val="center"/>
          </w:tcPr>
          <w:p w14:paraId="761BF889" w14:textId="77777777" w:rsidR="003F235A" w:rsidRDefault="003F235A" w:rsidP="009222C3">
            <w:proofErr w:type="spellStart"/>
            <w:r>
              <w:rPr>
                <w:sz w:val="16"/>
              </w:rPr>
              <w:t>無線手握麥克風</w:t>
            </w:r>
            <w:proofErr w:type="spellEnd"/>
          </w:p>
        </w:tc>
        <w:tc>
          <w:tcPr>
            <w:tcW w:w="1285" w:type="dxa"/>
            <w:tcMar>
              <w:top w:w="90" w:type="dxa"/>
              <w:left w:w="110" w:type="dxa"/>
              <w:bottom w:w="90" w:type="dxa"/>
              <w:right w:w="110" w:type="dxa"/>
            </w:tcMar>
            <w:vAlign w:val="center"/>
          </w:tcPr>
          <w:p w14:paraId="2A1AA67E" w14:textId="77777777" w:rsidR="003F235A" w:rsidRDefault="003F235A" w:rsidP="009222C3">
            <w:pPr>
              <w:jc w:val="center"/>
            </w:pPr>
            <w:r>
              <w:rPr>
                <w:sz w:val="16"/>
              </w:rPr>
              <w:t>4支</w:t>
            </w:r>
          </w:p>
        </w:tc>
      </w:tr>
      <w:tr w:rsidR="003F235A" w14:paraId="579DCAD0" w14:textId="77777777" w:rsidTr="009222C3">
        <w:trPr>
          <w:jc w:val="center"/>
        </w:trPr>
        <w:tc>
          <w:tcPr>
            <w:tcW w:w="600" w:type="dxa"/>
            <w:vMerge/>
            <w:tcMar>
              <w:top w:w="90" w:type="dxa"/>
              <w:left w:w="110" w:type="dxa"/>
              <w:bottom w:w="90" w:type="dxa"/>
              <w:right w:w="110" w:type="dxa"/>
            </w:tcMar>
            <w:vAlign w:val="center"/>
          </w:tcPr>
          <w:p w14:paraId="3E91B89B" w14:textId="77777777" w:rsidR="003F235A" w:rsidRDefault="003F235A" w:rsidP="009222C3">
            <w:pPr>
              <w:jc w:val="center"/>
            </w:pPr>
          </w:p>
        </w:tc>
        <w:tc>
          <w:tcPr>
            <w:tcW w:w="1663" w:type="dxa"/>
            <w:vMerge/>
            <w:tcMar>
              <w:top w:w="90" w:type="dxa"/>
              <w:left w:w="110" w:type="dxa"/>
              <w:bottom w:w="90" w:type="dxa"/>
              <w:right w:w="110" w:type="dxa"/>
            </w:tcMar>
            <w:vAlign w:val="center"/>
          </w:tcPr>
          <w:p w14:paraId="7763F8E2" w14:textId="77777777" w:rsidR="003F235A" w:rsidRDefault="003F235A" w:rsidP="009222C3"/>
        </w:tc>
        <w:tc>
          <w:tcPr>
            <w:tcW w:w="5875" w:type="dxa"/>
            <w:tcMar>
              <w:top w:w="90" w:type="dxa"/>
              <w:left w:w="110" w:type="dxa"/>
              <w:bottom w:w="90" w:type="dxa"/>
              <w:right w:w="110" w:type="dxa"/>
            </w:tcMar>
            <w:vAlign w:val="center"/>
          </w:tcPr>
          <w:p w14:paraId="514FE97E" w14:textId="77777777" w:rsidR="003F235A" w:rsidRDefault="003F235A" w:rsidP="009222C3">
            <w:proofErr w:type="spellStart"/>
            <w:r>
              <w:rPr>
                <w:sz w:val="16"/>
              </w:rPr>
              <w:t>長距離指向性天線</w:t>
            </w:r>
            <w:proofErr w:type="spellEnd"/>
          </w:p>
        </w:tc>
        <w:tc>
          <w:tcPr>
            <w:tcW w:w="1285" w:type="dxa"/>
            <w:tcMar>
              <w:top w:w="90" w:type="dxa"/>
              <w:left w:w="110" w:type="dxa"/>
              <w:bottom w:w="90" w:type="dxa"/>
              <w:right w:w="110" w:type="dxa"/>
            </w:tcMar>
            <w:vAlign w:val="center"/>
          </w:tcPr>
          <w:p w14:paraId="01BD5620" w14:textId="77777777" w:rsidR="003F235A" w:rsidRDefault="003F235A" w:rsidP="009222C3">
            <w:pPr>
              <w:jc w:val="center"/>
            </w:pPr>
            <w:r>
              <w:rPr>
                <w:sz w:val="16"/>
              </w:rPr>
              <w:t>2組</w:t>
            </w:r>
          </w:p>
        </w:tc>
      </w:tr>
      <w:tr w:rsidR="003F235A" w14:paraId="288D3735" w14:textId="77777777" w:rsidTr="009222C3">
        <w:trPr>
          <w:jc w:val="center"/>
        </w:trPr>
        <w:tc>
          <w:tcPr>
            <w:tcW w:w="600" w:type="dxa"/>
            <w:vMerge/>
            <w:tcMar>
              <w:top w:w="90" w:type="dxa"/>
              <w:left w:w="110" w:type="dxa"/>
              <w:bottom w:w="90" w:type="dxa"/>
              <w:right w:w="110" w:type="dxa"/>
            </w:tcMar>
            <w:vAlign w:val="center"/>
          </w:tcPr>
          <w:p w14:paraId="5B7A6874" w14:textId="77777777" w:rsidR="003F235A" w:rsidRDefault="003F235A" w:rsidP="009222C3">
            <w:pPr>
              <w:jc w:val="center"/>
            </w:pPr>
          </w:p>
        </w:tc>
        <w:tc>
          <w:tcPr>
            <w:tcW w:w="1663" w:type="dxa"/>
            <w:vMerge/>
            <w:tcMar>
              <w:top w:w="90" w:type="dxa"/>
              <w:left w:w="110" w:type="dxa"/>
              <w:bottom w:w="90" w:type="dxa"/>
              <w:right w:w="110" w:type="dxa"/>
            </w:tcMar>
            <w:vAlign w:val="center"/>
          </w:tcPr>
          <w:p w14:paraId="02060149" w14:textId="77777777" w:rsidR="003F235A" w:rsidRDefault="003F235A" w:rsidP="009222C3"/>
        </w:tc>
        <w:tc>
          <w:tcPr>
            <w:tcW w:w="5875" w:type="dxa"/>
            <w:tcMar>
              <w:top w:w="90" w:type="dxa"/>
              <w:left w:w="110" w:type="dxa"/>
              <w:bottom w:w="90" w:type="dxa"/>
              <w:right w:w="110" w:type="dxa"/>
            </w:tcMar>
            <w:vAlign w:val="center"/>
          </w:tcPr>
          <w:p w14:paraId="3B6C0A83" w14:textId="77777777" w:rsidR="003F235A" w:rsidRDefault="003F235A" w:rsidP="009222C3">
            <w:pPr>
              <w:rPr>
                <w:lang w:eastAsia="zh-TW"/>
              </w:rPr>
            </w:pPr>
            <w:r>
              <w:rPr>
                <w:sz w:val="16"/>
                <w:lang w:eastAsia="zh-TW"/>
              </w:rPr>
              <w:t>數位混音器X32（含音場處理器、音質</w:t>
            </w:r>
            <w:proofErr w:type="gramStart"/>
            <w:r>
              <w:rPr>
                <w:sz w:val="16"/>
                <w:lang w:eastAsia="zh-TW"/>
              </w:rPr>
              <w:t>優化器</w:t>
            </w:r>
            <w:proofErr w:type="gramEnd"/>
            <w:r>
              <w:rPr>
                <w:sz w:val="16"/>
                <w:lang w:eastAsia="zh-TW"/>
              </w:rPr>
              <w:t>、EQ等化器）</w:t>
            </w:r>
          </w:p>
        </w:tc>
        <w:tc>
          <w:tcPr>
            <w:tcW w:w="1285" w:type="dxa"/>
            <w:tcMar>
              <w:top w:w="90" w:type="dxa"/>
              <w:left w:w="110" w:type="dxa"/>
              <w:bottom w:w="90" w:type="dxa"/>
              <w:right w:w="110" w:type="dxa"/>
            </w:tcMar>
            <w:vAlign w:val="center"/>
          </w:tcPr>
          <w:p w14:paraId="3ADC17E3" w14:textId="77777777" w:rsidR="003F235A" w:rsidRDefault="003F235A" w:rsidP="009222C3">
            <w:pPr>
              <w:jc w:val="center"/>
            </w:pPr>
            <w:r>
              <w:rPr>
                <w:sz w:val="16"/>
              </w:rPr>
              <w:t>1台</w:t>
            </w:r>
          </w:p>
        </w:tc>
      </w:tr>
      <w:tr w:rsidR="003F235A" w14:paraId="7403F8E8" w14:textId="77777777" w:rsidTr="009222C3">
        <w:trPr>
          <w:jc w:val="center"/>
        </w:trPr>
        <w:tc>
          <w:tcPr>
            <w:tcW w:w="600" w:type="dxa"/>
            <w:vMerge/>
            <w:tcMar>
              <w:top w:w="90" w:type="dxa"/>
              <w:left w:w="110" w:type="dxa"/>
              <w:bottom w:w="90" w:type="dxa"/>
              <w:right w:w="110" w:type="dxa"/>
            </w:tcMar>
            <w:vAlign w:val="center"/>
          </w:tcPr>
          <w:p w14:paraId="4C8BBAA1" w14:textId="77777777" w:rsidR="003F235A" w:rsidRDefault="003F235A" w:rsidP="009222C3">
            <w:pPr>
              <w:jc w:val="center"/>
            </w:pPr>
          </w:p>
        </w:tc>
        <w:tc>
          <w:tcPr>
            <w:tcW w:w="1663" w:type="dxa"/>
            <w:vMerge/>
            <w:tcMar>
              <w:top w:w="90" w:type="dxa"/>
              <w:left w:w="110" w:type="dxa"/>
              <w:bottom w:w="90" w:type="dxa"/>
              <w:right w:w="110" w:type="dxa"/>
            </w:tcMar>
            <w:vAlign w:val="center"/>
          </w:tcPr>
          <w:p w14:paraId="27838C2E" w14:textId="77777777" w:rsidR="003F235A" w:rsidRDefault="003F235A" w:rsidP="009222C3"/>
        </w:tc>
        <w:tc>
          <w:tcPr>
            <w:tcW w:w="5875" w:type="dxa"/>
            <w:tcMar>
              <w:top w:w="90" w:type="dxa"/>
              <w:left w:w="110" w:type="dxa"/>
              <w:bottom w:w="90" w:type="dxa"/>
              <w:right w:w="110" w:type="dxa"/>
            </w:tcMar>
            <w:vAlign w:val="center"/>
          </w:tcPr>
          <w:p w14:paraId="7CA58471" w14:textId="77777777" w:rsidR="003F235A" w:rsidRDefault="003F235A" w:rsidP="009222C3">
            <w:pPr>
              <w:rPr>
                <w:lang w:eastAsia="zh-TW"/>
              </w:rPr>
            </w:pPr>
            <w:r>
              <w:rPr>
                <w:sz w:val="16"/>
                <w:lang w:eastAsia="zh-TW"/>
              </w:rPr>
              <w:t>筆記型電腦降</w:t>
            </w:r>
            <w:r>
              <w:rPr>
                <w:rFonts w:hint="eastAsia"/>
                <w:sz w:val="16"/>
                <w:lang w:eastAsia="zh-TW"/>
              </w:rPr>
              <w:t xml:space="preserve"> 音控專用</w:t>
            </w:r>
            <w:r>
              <w:rPr>
                <w:lang w:eastAsia="zh-TW"/>
              </w:rPr>
              <w:t xml:space="preserve"> </w:t>
            </w:r>
          </w:p>
        </w:tc>
        <w:tc>
          <w:tcPr>
            <w:tcW w:w="1285" w:type="dxa"/>
            <w:tcMar>
              <w:top w:w="90" w:type="dxa"/>
              <w:left w:w="110" w:type="dxa"/>
              <w:bottom w:w="90" w:type="dxa"/>
              <w:right w:w="110" w:type="dxa"/>
            </w:tcMar>
            <w:vAlign w:val="center"/>
          </w:tcPr>
          <w:p w14:paraId="74D6EB0B" w14:textId="77777777" w:rsidR="003F235A" w:rsidRDefault="003F235A" w:rsidP="009222C3">
            <w:pPr>
              <w:jc w:val="center"/>
            </w:pPr>
            <w:r>
              <w:rPr>
                <w:sz w:val="16"/>
              </w:rPr>
              <w:t>1式</w:t>
            </w:r>
          </w:p>
        </w:tc>
      </w:tr>
      <w:tr w:rsidR="003F235A" w14:paraId="5CFA8422" w14:textId="77777777" w:rsidTr="009222C3">
        <w:trPr>
          <w:jc w:val="center"/>
        </w:trPr>
        <w:tc>
          <w:tcPr>
            <w:tcW w:w="600" w:type="dxa"/>
            <w:vMerge/>
            <w:tcMar>
              <w:top w:w="90" w:type="dxa"/>
              <w:left w:w="110" w:type="dxa"/>
              <w:bottom w:w="90" w:type="dxa"/>
              <w:right w:w="110" w:type="dxa"/>
            </w:tcMar>
            <w:vAlign w:val="center"/>
          </w:tcPr>
          <w:p w14:paraId="5770DC7C" w14:textId="77777777" w:rsidR="003F235A" w:rsidRDefault="003F235A" w:rsidP="009222C3">
            <w:pPr>
              <w:jc w:val="center"/>
            </w:pPr>
          </w:p>
        </w:tc>
        <w:tc>
          <w:tcPr>
            <w:tcW w:w="1663" w:type="dxa"/>
            <w:vMerge/>
            <w:tcMar>
              <w:top w:w="90" w:type="dxa"/>
              <w:left w:w="110" w:type="dxa"/>
              <w:bottom w:w="90" w:type="dxa"/>
              <w:right w:w="110" w:type="dxa"/>
            </w:tcMar>
            <w:vAlign w:val="center"/>
          </w:tcPr>
          <w:p w14:paraId="1FC752CC" w14:textId="77777777" w:rsidR="003F235A" w:rsidRDefault="003F235A" w:rsidP="009222C3"/>
        </w:tc>
        <w:tc>
          <w:tcPr>
            <w:tcW w:w="5875" w:type="dxa"/>
            <w:tcMar>
              <w:top w:w="90" w:type="dxa"/>
              <w:left w:w="110" w:type="dxa"/>
              <w:bottom w:w="90" w:type="dxa"/>
              <w:right w:w="110" w:type="dxa"/>
            </w:tcMar>
            <w:vAlign w:val="center"/>
          </w:tcPr>
          <w:p w14:paraId="3CC0161B" w14:textId="77777777" w:rsidR="003F235A" w:rsidRDefault="003F235A" w:rsidP="009222C3">
            <w:proofErr w:type="spellStart"/>
            <w:r>
              <w:rPr>
                <w:sz w:val="16"/>
              </w:rPr>
              <w:t>音響各式專用線材</w:t>
            </w:r>
            <w:proofErr w:type="spellEnd"/>
          </w:p>
        </w:tc>
        <w:tc>
          <w:tcPr>
            <w:tcW w:w="1285" w:type="dxa"/>
            <w:tcMar>
              <w:top w:w="90" w:type="dxa"/>
              <w:left w:w="110" w:type="dxa"/>
              <w:bottom w:w="90" w:type="dxa"/>
              <w:right w:w="110" w:type="dxa"/>
            </w:tcMar>
            <w:vAlign w:val="center"/>
          </w:tcPr>
          <w:p w14:paraId="301CD3EA" w14:textId="77777777" w:rsidR="003F235A" w:rsidRDefault="003F235A" w:rsidP="009222C3">
            <w:pPr>
              <w:jc w:val="center"/>
            </w:pPr>
            <w:r>
              <w:rPr>
                <w:sz w:val="16"/>
              </w:rPr>
              <w:t>1批</w:t>
            </w:r>
          </w:p>
        </w:tc>
      </w:tr>
      <w:tr w:rsidR="003F235A" w14:paraId="6DD48305" w14:textId="77777777" w:rsidTr="009222C3">
        <w:trPr>
          <w:jc w:val="center"/>
        </w:trPr>
        <w:tc>
          <w:tcPr>
            <w:tcW w:w="600" w:type="dxa"/>
            <w:vMerge w:val="restart"/>
            <w:tcMar>
              <w:top w:w="90" w:type="dxa"/>
              <w:left w:w="110" w:type="dxa"/>
              <w:bottom w:w="90" w:type="dxa"/>
              <w:right w:w="110" w:type="dxa"/>
            </w:tcMar>
            <w:vAlign w:val="center"/>
          </w:tcPr>
          <w:p w14:paraId="11ABFB2C" w14:textId="77777777" w:rsidR="003F235A" w:rsidRDefault="003F235A" w:rsidP="009222C3">
            <w:pPr>
              <w:jc w:val="center"/>
            </w:pPr>
            <w:r>
              <w:rPr>
                <w:sz w:val="16"/>
              </w:rPr>
              <w:t>2</w:t>
            </w:r>
          </w:p>
        </w:tc>
        <w:tc>
          <w:tcPr>
            <w:tcW w:w="1663" w:type="dxa"/>
            <w:vMerge w:val="restart"/>
            <w:tcMar>
              <w:top w:w="90" w:type="dxa"/>
              <w:left w:w="110" w:type="dxa"/>
              <w:bottom w:w="90" w:type="dxa"/>
              <w:right w:w="110" w:type="dxa"/>
            </w:tcMar>
            <w:vAlign w:val="center"/>
          </w:tcPr>
          <w:p w14:paraId="0DCF9344" w14:textId="77777777" w:rsidR="003F235A" w:rsidRDefault="003F235A" w:rsidP="009222C3">
            <w:proofErr w:type="spellStart"/>
            <w:r>
              <w:rPr>
                <w:sz w:val="16"/>
              </w:rPr>
              <w:t>媒體室音響設備組</w:t>
            </w:r>
            <w:proofErr w:type="spellEnd"/>
          </w:p>
        </w:tc>
        <w:tc>
          <w:tcPr>
            <w:tcW w:w="5875" w:type="dxa"/>
            <w:tcMar>
              <w:top w:w="90" w:type="dxa"/>
              <w:left w:w="110" w:type="dxa"/>
              <w:bottom w:w="90" w:type="dxa"/>
              <w:right w:w="110" w:type="dxa"/>
            </w:tcMar>
            <w:vAlign w:val="center"/>
          </w:tcPr>
          <w:p w14:paraId="6F5147BB" w14:textId="77777777" w:rsidR="003F235A" w:rsidRDefault="003F235A" w:rsidP="009222C3">
            <w:pPr>
              <w:rPr>
                <w:lang w:eastAsia="zh-TW"/>
              </w:rPr>
            </w:pPr>
            <w:r>
              <w:rPr>
                <w:sz w:val="16"/>
                <w:lang w:eastAsia="zh-TW"/>
              </w:rPr>
              <w:t>FBT</w:t>
            </w:r>
            <w:proofErr w:type="gramStart"/>
            <w:r>
              <w:rPr>
                <w:sz w:val="16"/>
                <w:lang w:eastAsia="zh-TW"/>
              </w:rPr>
              <w:t>陣列音柱高音</w:t>
            </w:r>
            <w:proofErr w:type="gramEnd"/>
            <w:r>
              <w:rPr>
                <w:sz w:val="16"/>
                <w:lang w:eastAsia="zh-TW"/>
              </w:rPr>
              <w:t>喇叭</w:t>
            </w:r>
          </w:p>
        </w:tc>
        <w:tc>
          <w:tcPr>
            <w:tcW w:w="1285" w:type="dxa"/>
            <w:tcMar>
              <w:top w:w="90" w:type="dxa"/>
              <w:left w:w="110" w:type="dxa"/>
              <w:bottom w:w="90" w:type="dxa"/>
              <w:right w:w="110" w:type="dxa"/>
            </w:tcMar>
            <w:vAlign w:val="center"/>
          </w:tcPr>
          <w:p w14:paraId="1C39BB56" w14:textId="77777777" w:rsidR="003F235A" w:rsidRDefault="003F235A" w:rsidP="009222C3">
            <w:pPr>
              <w:jc w:val="center"/>
            </w:pPr>
            <w:r>
              <w:rPr>
                <w:sz w:val="16"/>
              </w:rPr>
              <w:t>2顆</w:t>
            </w:r>
          </w:p>
        </w:tc>
      </w:tr>
      <w:tr w:rsidR="003F235A" w14:paraId="10961820" w14:textId="77777777" w:rsidTr="009222C3">
        <w:trPr>
          <w:jc w:val="center"/>
        </w:trPr>
        <w:tc>
          <w:tcPr>
            <w:tcW w:w="600" w:type="dxa"/>
            <w:vMerge/>
            <w:tcMar>
              <w:top w:w="90" w:type="dxa"/>
              <w:left w:w="110" w:type="dxa"/>
              <w:bottom w:w="90" w:type="dxa"/>
              <w:right w:w="110" w:type="dxa"/>
            </w:tcMar>
            <w:vAlign w:val="center"/>
          </w:tcPr>
          <w:p w14:paraId="0CB33A2D" w14:textId="77777777" w:rsidR="003F235A" w:rsidRDefault="003F235A" w:rsidP="009222C3">
            <w:pPr>
              <w:jc w:val="center"/>
            </w:pPr>
          </w:p>
        </w:tc>
        <w:tc>
          <w:tcPr>
            <w:tcW w:w="1663" w:type="dxa"/>
            <w:vMerge/>
            <w:tcMar>
              <w:top w:w="90" w:type="dxa"/>
              <w:left w:w="110" w:type="dxa"/>
              <w:bottom w:w="90" w:type="dxa"/>
              <w:right w:w="110" w:type="dxa"/>
            </w:tcMar>
            <w:vAlign w:val="center"/>
          </w:tcPr>
          <w:p w14:paraId="52CB7E6E" w14:textId="77777777" w:rsidR="003F235A" w:rsidRDefault="003F235A" w:rsidP="009222C3"/>
        </w:tc>
        <w:tc>
          <w:tcPr>
            <w:tcW w:w="5875" w:type="dxa"/>
            <w:tcMar>
              <w:top w:w="90" w:type="dxa"/>
              <w:left w:w="110" w:type="dxa"/>
              <w:bottom w:w="90" w:type="dxa"/>
              <w:right w:w="110" w:type="dxa"/>
            </w:tcMar>
            <w:vAlign w:val="center"/>
          </w:tcPr>
          <w:p w14:paraId="63BE10A2" w14:textId="77777777" w:rsidR="003F235A" w:rsidRDefault="003F235A" w:rsidP="009222C3">
            <w:proofErr w:type="spellStart"/>
            <w:r>
              <w:rPr>
                <w:sz w:val="16"/>
              </w:rPr>
              <w:t>陣列專用低音喇叭</w:t>
            </w:r>
            <w:proofErr w:type="spellEnd"/>
          </w:p>
        </w:tc>
        <w:tc>
          <w:tcPr>
            <w:tcW w:w="1285" w:type="dxa"/>
            <w:tcMar>
              <w:top w:w="90" w:type="dxa"/>
              <w:left w:w="110" w:type="dxa"/>
              <w:bottom w:w="90" w:type="dxa"/>
              <w:right w:w="110" w:type="dxa"/>
            </w:tcMar>
            <w:vAlign w:val="center"/>
          </w:tcPr>
          <w:p w14:paraId="0D910C6B" w14:textId="77777777" w:rsidR="003F235A" w:rsidRDefault="003F235A" w:rsidP="009222C3">
            <w:pPr>
              <w:jc w:val="center"/>
            </w:pPr>
            <w:r>
              <w:rPr>
                <w:sz w:val="16"/>
              </w:rPr>
              <w:t>2顆</w:t>
            </w:r>
          </w:p>
        </w:tc>
      </w:tr>
      <w:tr w:rsidR="003F235A" w14:paraId="3E7D12AE" w14:textId="77777777" w:rsidTr="009222C3">
        <w:trPr>
          <w:jc w:val="center"/>
        </w:trPr>
        <w:tc>
          <w:tcPr>
            <w:tcW w:w="600" w:type="dxa"/>
            <w:vMerge/>
            <w:tcMar>
              <w:top w:w="90" w:type="dxa"/>
              <w:left w:w="110" w:type="dxa"/>
              <w:bottom w:w="90" w:type="dxa"/>
              <w:right w:w="110" w:type="dxa"/>
            </w:tcMar>
            <w:vAlign w:val="center"/>
          </w:tcPr>
          <w:p w14:paraId="69284064" w14:textId="77777777" w:rsidR="003F235A" w:rsidRDefault="003F235A" w:rsidP="009222C3">
            <w:pPr>
              <w:jc w:val="center"/>
            </w:pPr>
          </w:p>
        </w:tc>
        <w:tc>
          <w:tcPr>
            <w:tcW w:w="1663" w:type="dxa"/>
            <w:vMerge/>
            <w:tcMar>
              <w:top w:w="90" w:type="dxa"/>
              <w:left w:w="110" w:type="dxa"/>
              <w:bottom w:w="90" w:type="dxa"/>
              <w:right w:w="110" w:type="dxa"/>
            </w:tcMar>
            <w:vAlign w:val="center"/>
          </w:tcPr>
          <w:p w14:paraId="483B2215" w14:textId="77777777" w:rsidR="003F235A" w:rsidRDefault="003F235A" w:rsidP="009222C3"/>
        </w:tc>
        <w:tc>
          <w:tcPr>
            <w:tcW w:w="5875" w:type="dxa"/>
            <w:tcMar>
              <w:top w:w="90" w:type="dxa"/>
              <w:left w:w="110" w:type="dxa"/>
              <w:bottom w:w="90" w:type="dxa"/>
              <w:right w:w="110" w:type="dxa"/>
            </w:tcMar>
            <w:vAlign w:val="center"/>
          </w:tcPr>
          <w:p w14:paraId="1F974CBC" w14:textId="77777777" w:rsidR="003F235A" w:rsidRDefault="003F235A" w:rsidP="009222C3">
            <w:pPr>
              <w:rPr>
                <w:lang w:eastAsia="zh-TW"/>
              </w:rPr>
            </w:pPr>
            <w:r>
              <w:rPr>
                <w:sz w:val="16"/>
                <w:lang w:eastAsia="zh-TW"/>
              </w:rPr>
              <w:t>數位控台（含音場處理器、音質</w:t>
            </w:r>
            <w:proofErr w:type="gramStart"/>
            <w:r>
              <w:rPr>
                <w:sz w:val="16"/>
                <w:lang w:eastAsia="zh-TW"/>
              </w:rPr>
              <w:t>優化器</w:t>
            </w:r>
            <w:proofErr w:type="gramEnd"/>
            <w:r>
              <w:rPr>
                <w:sz w:val="16"/>
                <w:lang w:eastAsia="zh-TW"/>
              </w:rPr>
              <w:t>、EQ等化器）</w:t>
            </w:r>
          </w:p>
        </w:tc>
        <w:tc>
          <w:tcPr>
            <w:tcW w:w="1285" w:type="dxa"/>
            <w:tcMar>
              <w:top w:w="90" w:type="dxa"/>
              <w:left w:w="110" w:type="dxa"/>
              <w:bottom w:w="90" w:type="dxa"/>
              <w:right w:w="110" w:type="dxa"/>
            </w:tcMar>
            <w:vAlign w:val="center"/>
          </w:tcPr>
          <w:p w14:paraId="0A677841" w14:textId="77777777" w:rsidR="003F235A" w:rsidRDefault="003F235A" w:rsidP="009222C3">
            <w:pPr>
              <w:jc w:val="center"/>
            </w:pPr>
            <w:r>
              <w:rPr>
                <w:sz w:val="16"/>
              </w:rPr>
              <w:t>1台</w:t>
            </w:r>
          </w:p>
        </w:tc>
      </w:tr>
      <w:tr w:rsidR="003F235A" w14:paraId="418DB766" w14:textId="77777777" w:rsidTr="009222C3">
        <w:trPr>
          <w:jc w:val="center"/>
        </w:trPr>
        <w:tc>
          <w:tcPr>
            <w:tcW w:w="600" w:type="dxa"/>
            <w:vMerge/>
            <w:tcMar>
              <w:top w:w="90" w:type="dxa"/>
              <w:left w:w="110" w:type="dxa"/>
              <w:bottom w:w="90" w:type="dxa"/>
              <w:right w:w="110" w:type="dxa"/>
            </w:tcMar>
            <w:vAlign w:val="center"/>
          </w:tcPr>
          <w:p w14:paraId="5F427879" w14:textId="77777777" w:rsidR="003F235A" w:rsidRDefault="003F235A" w:rsidP="009222C3">
            <w:pPr>
              <w:jc w:val="center"/>
            </w:pPr>
          </w:p>
        </w:tc>
        <w:tc>
          <w:tcPr>
            <w:tcW w:w="1663" w:type="dxa"/>
            <w:vMerge/>
            <w:tcMar>
              <w:top w:w="90" w:type="dxa"/>
              <w:left w:w="110" w:type="dxa"/>
              <w:bottom w:w="90" w:type="dxa"/>
              <w:right w:w="110" w:type="dxa"/>
            </w:tcMar>
            <w:vAlign w:val="center"/>
          </w:tcPr>
          <w:p w14:paraId="14149CF1" w14:textId="77777777" w:rsidR="003F235A" w:rsidRDefault="003F235A" w:rsidP="009222C3"/>
        </w:tc>
        <w:tc>
          <w:tcPr>
            <w:tcW w:w="5875" w:type="dxa"/>
            <w:tcMar>
              <w:top w:w="90" w:type="dxa"/>
              <w:left w:w="110" w:type="dxa"/>
              <w:bottom w:w="90" w:type="dxa"/>
              <w:right w:w="110" w:type="dxa"/>
            </w:tcMar>
            <w:vAlign w:val="center"/>
          </w:tcPr>
          <w:p w14:paraId="75D57B00" w14:textId="77777777" w:rsidR="003F235A" w:rsidRDefault="003F235A" w:rsidP="009222C3">
            <w:proofErr w:type="spellStart"/>
            <w:r>
              <w:rPr>
                <w:sz w:val="16"/>
              </w:rPr>
              <w:t>無線接收主機</w:t>
            </w:r>
            <w:proofErr w:type="spellEnd"/>
          </w:p>
        </w:tc>
        <w:tc>
          <w:tcPr>
            <w:tcW w:w="1285" w:type="dxa"/>
            <w:tcMar>
              <w:top w:w="90" w:type="dxa"/>
              <w:left w:w="110" w:type="dxa"/>
              <w:bottom w:w="90" w:type="dxa"/>
              <w:right w:w="110" w:type="dxa"/>
            </w:tcMar>
            <w:vAlign w:val="center"/>
          </w:tcPr>
          <w:p w14:paraId="19DCAAB6" w14:textId="77777777" w:rsidR="003F235A" w:rsidRDefault="003F235A" w:rsidP="009222C3">
            <w:pPr>
              <w:jc w:val="center"/>
            </w:pPr>
            <w:r>
              <w:rPr>
                <w:sz w:val="16"/>
              </w:rPr>
              <w:t>2台</w:t>
            </w:r>
          </w:p>
        </w:tc>
      </w:tr>
      <w:tr w:rsidR="003F235A" w14:paraId="548E07DA" w14:textId="77777777" w:rsidTr="009222C3">
        <w:trPr>
          <w:jc w:val="center"/>
        </w:trPr>
        <w:tc>
          <w:tcPr>
            <w:tcW w:w="600" w:type="dxa"/>
            <w:vMerge/>
            <w:tcMar>
              <w:top w:w="90" w:type="dxa"/>
              <w:left w:w="110" w:type="dxa"/>
              <w:bottom w:w="90" w:type="dxa"/>
              <w:right w:w="110" w:type="dxa"/>
            </w:tcMar>
            <w:vAlign w:val="center"/>
          </w:tcPr>
          <w:p w14:paraId="74C18F21" w14:textId="77777777" w:rsidR="003F235A" w:rsidRDefault="003F235A" w:rsidP="009222C3">
            <w:pPr>
              <w:jc w:val="center"/>
            </w:pPr>
          </w:p>
        </w:tc>
        <w:tc>
          <w:tcPr>
            <w:tcW w:w="1663" w:type="dxa"/>
            <w:vMerge/>
            <w:tcMar>
              <w:top w:w="90" w:type="dxa"/>
              <w:left w:w="110" w:type="dxa"/>
              <w:bottom w:w="90" w:type="dxa"/>
              <w:right w:w="110" w:type="dxa"/>
            </w:tcMar>
            <w:vAlign w:val="center"/>
          </w:tcPr>
          <w:p w14:paraId="409CE557" w14:textId="77777777" w:rsidR="003F235A" w:rsidRDefault="003F235A" w:rsidP="009222C3"/>
        </w:tc>
        <w:tc>
          <w:tcPr>
            <w:tcW w:w="5875" w:type="dxa"/>
            <w:tcMar>
              <w:top w:w="90" w:type="dxa"/>
              <w:left w:w="110" w:type="dxa"/>
              <w:bottom w:w="90" w:type="dxa"/>
              <w:right w:w="110" w:type="dxa"/>
            </w:tcMar>
            <w:vAlign w:val="center"/>
          </w:tcPr>
          <w:p w14:paraId="5E171A4A" w14:textId="77777777" w:rsidR="003F235A" w:rsidRDefault="003F235A" w:rsidP="009222C3">
            <w:pPr>
              <w:rPr>
                <w:lang w:eastAsia="zh-TW"/>
              </w:rPr>
            </w:pPr>
            <w:r>
              <w:rPr>
                <w:sz w:val="16"/>
                <w:lang w:eastAsia="zh-TW"/>
              </w:rPr>
              <w:t>手握式無線麥克風，含媒體收音配置</w:t>
            </w:r>
          </w:p>
        </w:tc>
        <w:tc>
          <w:tcPr>
            <w:tcW w:w="1285" w:type="dxa"/>
            <w:tcMar>
              <w:top w:w="90" w:type="dxa"/>
              <w:left w:w="110" w:type="dxa"/>
              <w:bottom w:w="90" w:type="dxa"/>
              <w:right w:w="110" w:type="dxa"/>
            </w:tcMar>
            <w:vAlign w:val="center"/>
          </w:tcPr>
          <w:p w14:paraId="37586100" w14:textId="77777777" w:rsidR="003F235A" w:rsidRDefault="003F235A" w:rsidP="009222C3">
            <w:pPr>
              <w:jc w:val="center"/>
            </w:pPr>
            <w:r>
              <w:rPr>
                <w:sz w:val="16"/>
              </w:rPr>
              <w:t>4支</w:t>
            </w:r>
          </w:p>
        </w:tc>
      </w:tr>
      <w:tr w:rsidR="003F235A" w14:paraId="0AEAB8C3" w14:textId="77777777" w:rsidTr="009222C3">
        <w:trPr>
          <w:jc w:val="center"/>
        </w:trPr>
        <w:tc>
          <w:tcPr>
            <w:tcW w:w="600" w:type="dxa"/>
            <w:vMerge w:val="restart"/>
            <w:tcMar>
              <w:top w:w="90" w:type="dxa"/>
              <w:left w:w="110" w:type="dxa"/>
              <w:bottom w:w="90" w:type="dxa"/>
              <w:right w:w="110" w:type="dxa"/>
            </w:tcMar>
            <w:vAlign w:val="center"/>
          </w:tcPr>
          <w:p w14:paraId="67D021A4" w14:textId="77777777" w:rsidR="003F235A" w:rsidRDefault="003F235A" w:rsidP="009222C3">
            <w:pPr>
              <w:jc w:val="center"/>
            </w:pPr>
            <w:r>
              <w:rPr>
                <w:sz w:val="16"/>
              </w:rPr>
              <w:t>3</w:t>
            </w:r>
          </w:p>
        </w:tc>
        <w:tc>
          <w:tcPr>
            <w:tcW w:w="1663" w:type="dxa"/>
            <w:vMerge w:val="restart"/>
            <w:tcMar>
              <w:top w:w="90" w:type="dxa"/>
              <w:left w:w="110" w:type="dxa"/>
              <w:bottom w:w="90" w:type="dxa"/>
              <w:right w:w="110" w:type="dxa"/>
            </w:tcMar>
            <w:vAlign w:val="center"/>
          </w:tcPr>
          <w:p w14:paraId="36A77C8D" w14:textId="77777777" w:rsidR="003F235A" w:rsidRDefault="003F235A" w:rsidP="009222C3">
            <w:proofErr w:type="spellStart"/>
            <w:r>
              <w:rPr>
                <w:sz w:val="16"/>
              </w:rPr>
              <w:t>媒體室燈光設備</w:t>
            </w:r>
            <w:proofErr w:type="spellEnd"/>
          </w:p>
        </w:tc>
        <w:tc>
          <w:tcPr>
            <w:tcW w:w="5875" w:type="dxa"/>
            <w:tcMar>
              <w:top w:w="90" w:type="dxa"/>
              <w:left w:w="110" w:type="dxa"/>
              <w:bottom w:w="90" w:type="dxa"/>
              <w:right w:w="110" w:type="dxa"/>
            </w:tcMar>
            <w:vAlign w:val="center"/>
          </w:tcPr>
          <w:p w14:paraId="5261FD3F" w14:textId="77777777" w:rsidR="003F235A" w:rsidRDefault="003F235A" w:rsidP="009222C3">
            <w:r>
              <w:rPr>
                <w:sz w:val="16"/>
              </w:rPr>
              <w:t xml:space="preserve">COB </w:t>
            </w:r>
            <w:proofErr w:type="spellStart"/>
            <w:r>
              <w:rPr>
                <w:sz w:val="16"/>
              </w:rPr>
              <w:t>PAR面光燈</w:t>
            </w:r>
            <w:proofErr w:type="spellEnd"/>
          </w:p>
        </w:tc>
        <w:tc>
          <w:tcPr>
            <w:tcW w:w="1285" w:type="dxa"/>
            <w:tcMar>
              <w:top w:w="90" w:type="dxa"/>
              <w:left w:w="110" w:type="dxa"/>
              <w:bottom w:w="90" w:type="dxa"/>
              <w:right w:w="110" w:type="dxa"/>
            </w:tcMar>
            <w:vAlign w:val="center"/>
          </w:tcPr>
          <w:p w14:paraId="143D336E" w14:textId="77777777" w:rsidR="003F235A" w:rsidRDefault="003F235A" w:rsidP="009222C3">
            <w:pPr>
              <w:jc w:val="center"/>
            </w:pPr>
            <w:r>
              <w:rPr>
                <w:sz w:val="16"/>
              </w:rPr>
              <w:t>4顆</w:t>
            </w:r>
          </w:p>
        </w:tc>
      </w:tr>
      <w:tr w:rsidR="003F235A" w14:paraId="0B2334F2" w14:textId="77777777" w:rsidTr="009222C3">
        <w:trPr>
          <w:jc w:val="center"/>
        </w:trPr>
        <w:tc>
          <w:tcPr>
            <w:tcW w:w="600" w:type="dxa"/>
            <w:vMerge/>
            <w:tcMar>
              <w:top w:w="90" w:type="dxa"/>
              <w:left w:w="110" w:type="dxa"/>
              <w:bottom w:w="90" w:type="dxa"/>
              <w:right w:w="110" w:type="dxa"/>
            </w:tcMar>
            <w:vAlign w:val="center"/>
          </w:tcPr>
          <w:p w14:paraId="69BED459" w14:textId="77777777" w:rsidR="003F235A" w:rsidRDefault="003F235A" w:rsidP="009222C3">
            <w:pPr>
              <w:jc w:val="center"/>
            </w:pPr>
          </w:p>
        </w:tc>
        <w:tc>
          <w:tcPr>
            <w:tcW w:w="1663" w:type="dxa"/>
            <w:vMerge/>
            <w:tcMar>
              <w:top w:w="90" w:type="dxa"/>
              <w:left w:w="110" w:type="dxa"/>
              <w:bottom w:w="90" w:type="dxa"/>
              <w:right w:w="110" w:type="dxa"/>
            </w:tcMar>
            <w:vAlign w:val="center"/>
          </w:tcPr>
          <w:p w14:paraId="58E54D6C" w14:textId="77777777" w:rsidR="003F235A" w:rsidRDefault="003F235A" w:rsidP="009222C3"/>
        </w:tc>
        <w:tc>
          <w:tcPr>
            <w:tcW w:w="5875" w:type="dxa"/>
            <w:tcMar>
              <w:top w:w="90" w:type="dxa"/>
              <w:left w:w="110" w:type="dxa"/>
              <w:bottom w:w="90" w:type="dxa"/>
              <w:right w:w="110" w:type="dxa"/>
            </w:tcMar>
            <w:vAlign w:val="center"/>
          </w:tcPr>
          <w:p w14:paraId="6FD80212" w14:textId="77777777" w:rsidR="003F235A" w:rsidRDefault="003F235A" w:rsidP="009222C3">
            <w:proofErr w:type="spellStart"/>
            <w:r>
              <w:rPr>
                <w:sz w:val="16"/>
              </w:rPr>
              <w:t>色溫及流明控制器</w:t>
            </w:r>
            <w:proofErr w:type="spellEnd"/>
          </w:p>
        </w:tc>
        <w:tc>
          <w:tcPr>
            <w:tcW w:w="1285" w:type="dxa"/>
            <w:tcMar>
              <w:top w:w="90" w:type="dxa"/>
              <w:left w:w="110" w:type="dxa"/>
              <w:bottom w:w="90" w:type="dxa"/>
              <w:right w:w="110" w:type="dxa"/>
            </w:tcMar>
            <w:vAlign w:val="center"/>
          </w:tcPr>
          <w:p w14:paraId="4CD46493" w14:textId="77777777" w:rsidR="003F235A" w:rsidRDefault="003F235A" w:rsidP="009222C3">
            <w:pPr>
              <w:jc w:val="center"/>
            </w:pPr>
            <w:r>
              <w:rPr>
                <w:sz w:val="16"/>
              </w:rPr>
              <w:t>1台</w:t>
            </w:r>
          </w:p>
        </w:tc>
      </w:tr>
      <w:tr w:rsidR="003F235A" w14:paraId="5498BBC7" w14:textId="77777777" w:rsidTr="009222C3">
        <w:trPr>
          <w:jc w:val="center"/>
        </w:trPr>
        <w:tc>
          <w:tcPr>
            <w:tcW w:w="600" w:type="dxa"/>
            <w:vMerge/>
            <w:tcMar>
              <w:top w:w="90" w:type="dxa"/>
              <w:left w:w="110" w:type="dxa"/>
              <w:bottom w:w="90" w:type="dxa"/>
              <w:right w:w="110" w:type="dxa"/>
            </w:tcMar>
            <w:vAlign w:val="center"/>
          </w:tcPr>
          <w:p w14:paraId="60B2DDB6" w14:textId="77777777" w:rsidR="003F235A" w:rsidRDefault="003F235A" w:rsidP="009222C3">
            <w:pPr>
              <w:jc w:val="center"/>
            </w:pPr>
          </w:p>
        </w:tc>
        <w:tc>
          <w:tcPr>
            <w:tcW w:w="1663" w:type="dxa"/>
            <w:vMerge/>
            <w:tcMar>
              <w:top w:w="90" w:type="dxa"/>
              <w:left w:w="110" w:type="dxa"/>
              <w:bottom w:w="90" w:type="dxa"/>
              <w:right w:w="110" w:type="dxa"/>
            </w:tcMar>
            <w:vAlign w:val="center"/>
          </w:tcPr>
          <w:p w14:paraId="48F078FE" w14:textId="77777777" w:rsidR="003F235A" w:rsidRDefault="003F235A" w:rsidP="009222C3"/>
        </w:tc>
        <w:tc>
          <w:tcPr>
            <w:tcW w:w="5875" w:type="dxa"/>
            <w:tcMar>
              <w:top w:w="90" w:type="dxa"/>
              <w:left w:w="110" w:type="dxa"/>
              <w:bottom w:w="90" w:type="dxa"/>
              <w:right w:w="110" w:type="dxa"/>
            </w:tcMar>
            <w:vAlign w:val="center"/>
          </w:tcPr>
          <w:p w14:paraId="4C5E7500" w14:textId="77777777" w:rsidR="003F235A" w:rsidRDefault="003F235A" w:rsidP="009222C3">
            <w:proofErr w:type="spellStart"/>
            <w:r>
              <w:rPr>
                <w:sz w:val="16"/>
              </w:rPr>
              <w:t>手搖升降式燈光架</w:t>
            </w:r>
            <w:proofErr w:type="spellEnd"/>
          </w:p>
        </w:tc>
        <w:tc>
          <w:tcPr>
            <w:tcW w:w="1285" w:type="dxa"/>
            <w:tcMar>
              <w:top w:w="90" w:type="dxa"/>
              <w:left w:w="110" w:type="dxa"/>
              <w:bottom w:w="90" w:type="dxa"/>
              <w:right w:w="110" w:type="dxa"/>
            </w:tcMar>
            <w:vAlign w:val="center"/>
          </w:tcPr>
          <w:p w14:paraId="5EBB5AD6" w14:textId="77777777" w:rsidR="003F235A" w:rsidRDefault="003F235A" w:rsidP="009222C3">
            <w:pPr>
              <w:jc w:val="center"/>
            </w:pPr>
            <w:r>
              <w:rPr>
                <w:sz w:val="16"/>
              </w:rPr>
              <w:t>1組</w:t>
            </w:r>
          </w:p>
        </w:tc>
      </w:tr>
      <w:tr w:rsidR="003F235A" w14:paraId="2F12E189" w14:textId="77777777" w:rsidTr="009222C3">
        <w:trPr>
          <w:jc w:val="center"/>
        </w:trPr>
        <w:tc>
          <w:tcPr>
            <w:tcW w:w="600" w:type="dxa"/>
            <w:vMerge/>
            <w:tcMar>
              <w:top w:w="90" w:type="dxa"/>
              <w:left w:w="110" w:type="dxa"/>
              <w:bottom w:w="90" w:type="dxa"/>
              <w:right w:w="110" w:type="dxa"/>
            </w:tcMar>
            <w:vAlign w:val="center"/>
          </w:tcPr>
          <w:p w14:paraId="02689AB0" w14:textId="77777777" w:rsidR="003F235A" w:rsidRDefault="003F235A" w:rsidP="009222C3">
            <w:pPr>
              <w:jc w:val="center"/>
            </w:pPr>
          </w:p>
        </w:tc>
        <w:tc>
          <w:tcPr>
            <w:tcW w:w="1663" w:type="dxa"/>
            <w:vMerge/>
            <w:tcMar>
              <w:top w:w="90" w:type="dxa"/>
              <w:left w:w="110" w:type="dxa"/>
              <w:bottom w:w="90" w:type="dxa"/>
              <w:right w:w="110" w:type="dxa"/>
            </w:tcMar>
            <w:vAlign w:val="center"/>
          </w:tcPr>
          <w:p w14:paraId="0202F9CE" w14:textId="77777777" w:rsidR="003F235A" w:rsidRDefault="003F235A" w:rsidP="009222C3"/>
        </w:tc>
        <w:tc>
          <w:tcPr>
            <w:tcW w:w="5875" w:type="dxa"/>
            <w:tcMar>
              <w:top w:w="90" w:type="dxa"/>
              <w:left w:w="110" w:type="dxa"/>
              <w:bottom w:w="90" w:type="dxa"/>
              <w:right w:w="110" w:type="dxa"/>
            </w:tcMar>
            <w:vAlign w:val="center"/>
          </w:tcPr>
          <w:p w14:paraId="4735F93A" w14:textId="77777777" w:rsidR="003F235A" w:rsidRDefault="003F235A" w:rsidP="009222C3">
            <w:pPr>
              <w:rPr>
                <w:lang w:eastAsia="zh-TW"/>
              </w:rPr>
            </w:pPr>
            <w:r>
              <w:rPr>
                <w:sz w:val="16"/>
                <w:lang w:eastAsia="zh-TW"/>
              </w:rPr>
              <w:t>架設、測試、彩排及撤場</w:t>
            </w:r>
          </w:p>
        </w:tc>
        <w:tc>
          <w:tcPr>
            <w:tcW w:w="1285" w:type="dxa"/>
            <w:tcMar>
              <w:top w:w="90" w:type="dxa"/>
              <w:left w:w="110" w:type="dxa"/>
              <w:bottom w:w="90" w:type="dxa"/>
              <w:right w:w="110" w:type="dxa"/>
            </w:tcMar>
            <w:vAlign w:val="center"/>
          </w:tcPr>
          <w:p w14:paraId="7CA7090B" w14:textId="77777777" w:rsidR="003F235A" w:rsidRDefault="003F235A" w:rsidP="009222C3">
            <w:pPr>
              <w:jc w:val="center"/>
            </w:pPr>
            <w:r>
              <w:rPr>
                <w:sz w:val="16"/>
              </w:rPr>
              <w:t>1式</w:t>
            </w:r>
          </w:p>
        </w:tc>
      </w:tr>
      <w:tr w:rsidR="003F235A" w14:paraId="3B6F9766" w14:textId="77777777" w:rsidTr="009222C3">
        <w:trPr>
          <w:jc w:val="center"/>
        </w:trPr>
        <w:tc>
          <w:tcPr>
            <w:tcW w:w="600" w:type="dxa"/>
            <w:vMerge w:val="restart"/>
            <w:tcMar>
              <w:top w:w="90" w:type="dxa"/>
              <w:left w:w="110" w:type="dxa"/>
              <w:bottom w:w="90" w:type="dxa"/>
              <w:right w:w="110" w:type="dxa"/>
            </w:tcMar>
            <w:vAlign w:val="center"/>
          </w:tcPr>
          <w:p w14:paraId="02630609" w14:textId="77777777" w:rsidR="003F235A" w:rsidRDefault="003F235A" w:rsidP="009222C3">
            <w:pPr>
              <w:jc w:val="center"/>
            </w:pPr>
            <w:r>
              <w:rPr>
                <w:sz w:val="16"/>
              </w:rPr>
              <w:t>4</w:t>
            </w:r>
          </w:p>
        </w:tc>
        <w:tc>
          <w:tcPr>
            <w:tcW w:w="1663" w:type="dxa"/>
            <w:vMerge w:val="restart"/>
            <w:tcMar>
              <w:top w:w="90" w:type="dxa"/>
              <w:left w:w="110" w:type="dxa"/>
              <w:bottom w:w="90" w:type="dxa"/>
              <w:right w:w="110" w:type="dxa"/>
            </w:tcMar>
            <w:vAlign w:val="center"/>
          </w:tcPr>
          <w:p w14:paraId="2BEB42C4" w14:textId="77777777" w:rsidR="003F235A" w:rsidRDefault="003F235A" w:rsidP="009222C3">
            <w:proofErr w:type="spellStart"/>
            <w:r>
              <w:rPr>
                <w:sz w:val="16"/>
              </w:rPr>
              <w:t>會場器材周邊租賃</w:t>
            </w:r>
            <w:proofErr w:type="spellEnd"/>
          </w:p>
        </w:tc>
        <w:tc>
          <w:tcPr>
            <w:tcW w:w="5875" w:type="dxa"/>
            <w:tcMar>
              <w:top w:w="90" w:type="dxa"/>
              <w:left w:w="110" w:type="dxa"/>
              <w:bottom w:w="90" w:type="dxa"/>
              <w:right w:w="110" w:type="dxa"/>
            </w:tcMar>
            <w:vAlign w:val="center"/>
          </w:tcPr>
          <w:p w14:paraId="7B6D1538" w14:textId="77777777" w:rsidR="003F235A" w:rsidRDefault="003F235A" w:rsidP="009222C3">
            <w:pPr>
              <w:rPr>
                <w:lang w:eastAsia="zh-TW"/>
              </w:rPr>
            </w:pPr>
            <w:r>
              <w:rPr>
                <w:sz w:val="16"/>
                <w:lang w:eastAsia="zh-TW"/>
              </w:rPr>
              <w:t>亞麻沙發椅（單人，約寬67×深57×高68 cm）</w:t>
            </w:r>
          </w:p>
        </w:tc>
        <w:tc>
          <w:tcPr>
            <w:tcW w:w="1285" w:type="dxa"/>
            <w:tcMar>
              <w:top w:w="90" w:type="dxa"/>
              <w:left w:w="110" w:type="dxa"/>
              <w:bottom w:w="90" w:type="dxa"/>
              <w:right w:w="110" w:type="dxa"/>
            </w:tcMar>
            <w:vAlign w:val="center"/>
          </w:tcPr>
          <w:p w14:paraId="22D40925" w14:textId="77777777" w:rsidR="003F235A" w:rsidRDefault="003F235A" w:rsidP="009222C3">
            <w:pPr>
              <w:jc w:val="center"/>
            </w:pPr>
            <w:r>
              <w:rPr>
                <w:sz w:val="16"/>
              </w:rPr>
              <w:t>2張</w:t>
            </w:r>
          </w:p>
        </w:tc>
      </w:tr>
      <w:tr w:rsidR="003F235A" w14:paraId="250F9D3D" w14:textId="77777777" w:rsidTr="009222C3">
        <w:trPr>
          <w:jc w:val="center"/>
        </w:trPr>
        <w:tc>
          <w:tcPr>
            <w:tcW w:w="600" w:type="dxa"/>
            <w:vMerge/>
            <w:tcMar>
              <w:top w:w="90" w:type="dxa"/>
              <w:left w:w="110" w:type="dxa"/>
              <w:bottom w:w="90" w:type="dxa"/>
              <w:right w:w="110" w:type="dxa"/>
            </w:tcMar>
            <w:vAlign w:val="center"/>
          </w:tcPr>
          <w:p w14:paraId="430FFE6B" w14:textId="77777777" w:rsidR="003F235A" w:rsidRDefault="003F235A" w:rsidP="009222C3">
            <w:pPr>
              <w:jc w:val="center"/>
            </w:pPr>
          </w:p>
        </w:tc>
        <w:tc>
          <w:tcPr>
            <w:tcW w:w="1663" w:type="dxa"/>
            <w:vMerge/>
            <w:tcMar>
              <w:top w:w="90" w:type="dxa"/>
              <w:left w:w="110" w:type="dxa"/>
              <w:bottom w:w="90" w:type="dxa"/>
              <w:right w:w="110" w:type="dxa"/>
            </w:tcMar>
            <w:vAlign w:val="center"/>
          </w:tcPr>
          <w:p w14:paraId="57A02AF5" w14:textId="77777777" w:rsidR="003F235A" w:rsidRDefault="003F235A" w:rsidP="009222C3"/>
        </w:tc>
        <w:tc>
          <w:tcPr>
            <w:tcW w:w="5875" w:type="dxa"/>
            <w:tcMar>
              <w:top w:w="90" w:type="dxa"/>
              <w:left w:w="110" w:type="dxa"/>
              <w:bottom w:w="90" w:type="dxa"/>
              <w:right w:w="110" w:type="dxa"/>
            </w:tcMar>
            <w:vAlign w:val="center"/>
          </w:tcPr>
          <w:p w14:paraId="369CDBE9" w14:textId="77777777" w:rsidR="003F235A" w:rsidRDefault="003F235A" w:rsidP="009222C3">
            <w:pPr>
              <w:rPr>
                <w:lang w:eastAsia="zh-TW"/>
              </w:rPr>
            </w:pPr>
            <w:r>
              <w:rPr>
                <w:sz w:val="16"/>
                <w:lang w:eastAsia="zh-TW"/>
              </w:rPr>
              <w:t>亞麻沙發椅（雙人，約寬155×深90×高76 cm）</w:t>
            </w:r>
          </w:p>
        </w:tc>
        <w:tc>
          <w:tcPr>
            <w:tcW w:w="1285" w:type="dxa"/>
            <w:tcMar>
              <w:top w:w="90" w:type="dxa"/>
              <w:left w:w="110" w:type="dxa"/>
              <w:bottom w:w="90" w:type="dxa"/>
              <w:right w:w="110" w:type="dxa"/>
            </w:tcMar>
            <w:vAlign w:val="center"/>
          </w:tcPr>
          <w:p w14:paraId="3AAD4A7E" w14:textId="77777777" w:rsidR="003F235A" w:rsidRDefault="003F235A" w:rsidP="009222C3">
            <w:pPr>
              <w:jc w:val="center"/>
            </w:pPr>
            <w:r>
              <w:rPr>
                <w:sz w:val="16"/>
              </w:rPr>
              <w:t>2張</w:t>
            </w:r>
          </w:p>
        </w:tc>
      </w:tr>
      <w:tr w:rsidR="003F235A" w14:paraId="3849BCC4" w14:textId="77777777" w:rsidTr="009222C3">
        <w:trPr>
          <w:jc w:val="center"/>
        </w:trPr>
        <w:tc>
          <w:tcPr>
            <w:tcW w:w="600" w:type="dxa"/>
            <w:vMerge/>
            <w:tcMar>
              <w:top w:w="90" w:type="dxa"/>
              <w:left w:w="110" w:type="dxa"/>
              <w:bottom w:w="90" w:type="dxa"/>
              <w:right w:w="110" w:type="dxa"/>
            </w:tcMar>
            <w:vAlign w:val="center"/>
          </w:tcPr>
          <w:p w14:paraId="6310025A" w14:textId="77777777" w:rsidR="003F235A" w:rsidRDefault="003F235A" w:rsidP="009222C3">
            <w:pPr>
              <w:jc w:val="center"/>
            </w:pPr>
          </w:p>
        </w:tc>
        <w:tc>
          <w:tcPr>
            <w:tcW w:w="1663" w:type="dxa"/>
            <w:vMerge/>
            <w:tcMar>
              <w:top w:w="90" w:type="dxa"/>
              <w:left w:w="110" w:type="dxa"/>
              <w:bottom w:w="90" w:type="dxa"/>
              <w:right w:w="110" w:type="dxa"/>
            </w:tcMar>
            <w:vAlign w:val="center"/>
          </w:tcPr>
          <w:p w14:paraId="783724B0" w14:textId="77777777" w:rsidR="003F235A" w:rsidRDefault="003F235A" w:rsidP="009222C3"/>
        </w:tc>
        <w:tc>
          <w:tcPr>
            <w:tcW w:w="5875" w:type="dxa"/>
            <w:tcMar>
              <w:top w:w="90" w:type="dxa"/>
              <w:left w:w="110" w:type="dxa"/>
              <w:bottom w:w="90" w:type="dxa"/>
              <w:right w:w="110" w:type="dxa"/>
            </w:tcMar>
            <w:vAlign w:val="center"/>
          </w:tcPr>
          <w:p w14:paraId="768766A6" w14:textId="77777777" w:rsidR="003F235A" w:rsidRDefault="003F235A" w:rsidP="009222C3">
            <w:pPr>
              <w:rPr>
                <w:lang w:eastAsia="zh-TW"/>
              </w:rPr>
            </w:pPr>
            <w:r>
              <w:rPr>
                <w:sz w:val="16"/>
                <w:lang w:eastAsia="zh-TW"/>
              </w:rPr>
              <w:t>亞麻沙發椅（三人，約寬207×深90×高76 cm）</w:t>
            </w:r>
          </w:p>
        </w:tc>
        <w:tc>
          <w:tcPr>
            <w:tcW w:w="1285" w:type="dxa"/>
            <w:tcMar>
              <w:top w:w="90" w:type="dxa"/>
              <w:left w:w="110" w:type="dxa"/>
              <w:bottom w:w="90" w:type="dxa"/>
              <w:right w:w="110" w:type="dxa"/>
            </w:tcMar>
            <w:vAlign w:val="center"/>
          </w:tcPr>
          <w:p w14:paraId="4379F21B" w14:textId="77777777" w:rsidR="003F235A" w:rsidRDefault="003F235A" w:rsidP="009222C3">
            <w:pPr>
              <w:jc w:val="center"/>
            </w:pPr>
            <w:r>
              <w:rPr>
                <w:sz w:val="16"/>
              </w:rPr>
              <w:t>2張</w:t>
            </w:r>
          </w:p>
        </w:tc>
      </w:tr>
      <w:tr w:rsidR="003F235A" w14:paraId="209FA727" w14:textId="77777777" w:rsidTr="009222C3">
        <w:trPr>
          <w:jc w:val="center"/>
        </w:trPr>
        <w:tc>
          <w:tcPr>
            <w:tcW w:w="600" w:type="dxa"/>
            <w:vMerge/>
            <w:tcMar>
              <w:top w:w="90" w:type="dxa"/>
              <w:left w:w="110" w:type="dxa"/>
              <w:bottom w:w="90" w:type="dxa"/>
              <w:right w:w="110" w:type="dxa"/>
            </w:tcMar>
            <w:vAlign w:val="center"/>
          </w:tcPr>
          <w:p w14:paraId="7FDB8590" w14:textId="77777777" w:rsidR="003F235A" w:rsidRDefault="003F235A" w:rsidP="009222C3">
            <w:pPr>
              <w:jc w:val="center"/>
            </w:pPr>
          </w:p>
        </w:tc>
        <w:tc>
          <w:tcPr>
            <w:tcW w:w="1663" w:type="dxa"/>
            <w:vMerge/>
            <w:tcMar>
              <w:top w:w="90" w:type="dxa"/>
              <w:left w:w="110" w:type="dxa"/>
              <w:bottom w:w="90" w:type="dxa"/>
              <w:right w:w="110" w:type="dxa"/>
            </w:tcMar>
            <w:vAlign w:val="center"/>
          </w:tcPr>
          <w:p w14:paraId="239FE7C4" w14:textId="77777777" w:rsidR="003F235A" w:rsidRDefault="003F235A" w:rsidP="009222C3"/>
        </w:tc>
        <w:tc>
          <w:tcPr>
            <w:tcW w:w="5875" w:type="dxa"/>
            <w:tcMar>
              <w:top w:w="90" w:type="dxa"/>
              <w:left w:w="110" w:type="dxa"/>
              <w:bottom w:w="90" w:type="dxa"/>
              <w:right w:w="110" w:type="dxa"/>
            </w:tcMar>
            <w:vAlign w:val="center"/>
          </w:tcPr>
          <w:p w14:paraId="488B06D2" w14:textId="77777777" w:rsidR="003F235A" w:rsidRDefault="003F235A" w:rsidP="009222C3">
            <w:pPr>
              <w:rPr>
                <w:lang w:eastAsia="zh-TW"/>
              </w:rPr>
            </w:pPr>
            <w:r>
              <w:rPr>
                <w:sz w:val="16"/>
                <w:lang w:eastAsia="zh-TW"/>
              </w:rPr>
              <w:t>塑鋼會議桌（長180×寬60 cm）</w:t>
            </w:r>
          </w:p>
        </w:tc>
        <w:tc>
          <w:tcPr>
            <w:tcW w:w="1285" w:type="dxa"/>
            <w:tcMar>
              <w:top w:w="90" w:type="dxa"/>
              <w:left w:w="110" w:type="dxa"/>
              <w:bottom w:w="90" w:type="dxa"/>
              <w:right w:w="110" w:type="dxa"/>
            </w:tcMar>
            <w:vAlign w:val="center"/>
          </w:tcPr>
          <w:p w14:paraId="18917E1C" w14:textId="77777777" w:rsidR="003F235A" w:rsidRDefault="003F235A" w:rsidP="009222C3">
            <w:pPr>
              <w:jc w:val="center"/>
            </w:pPr>
            <w:r>
              <w:rPr>
                <w:sz w:val="16"/>
              </w:rPr>
              <w:t>100張</w:t>
            </w:r>
          </w:p>
        </w:tc>
      </w:tr>
      <w:tr w:rsidR="003F235A" w14:paraId="2C18174D" w14:textId="77777777" w:rsidTr="009222C3">
        <w:trPr>
          <w:jc w:val="center"/>
        </w:trPr>
        <w:tc>
          <w:tcPr>
            <w:tcW w:w="600" w:type="dxa"/>
            <w:vMerge/>
            <w:tcMar>
              <w:top w:w="90" w:type="dxa"/>
              <w:left w:w="110" w:type="dxa"/>
              <w:bottom w:w="90" w:type="dxa"/>
              <w:right w:w="110" w:type="dxa"/>
            </w:tcMar>
            <w:vAlign w:val="center"/>
          </w:tcPr>
          <w:p w14:paraId="27DC58BD" w14:textId="77777777" w:rsidR="003F235A" w:rsidRDefault="003F235A" w:rsidP="009222C3">
            <w:pPr>
              <w:jc w:val="center"/>
            </w:pPr>
          </w:p>
        </w:tc>
        <w:tc>
          <w:tcPr>
            <w:tcW w:w="1663" w:type="dxa"/>
            <w:vMerge/>
            <w:tcMar>
              <w:top w:w="90" w:type="dxa"/>
              <w:left w:w="110" w:type="dxa"/>
              <w:bottom w:w="90" w:type="dxa"/>
              <w:right w:w="110" w:type="dxa"/>
            </w:tcMar>
            <w:vAlign w:val="center"/>
          </w:tcPr>
          <w:p w14:paraId="4B450EC5" w14:textId="77777777" w:rsidR="003F235A" w:rsidRDefault="003F235A" w:rsidP="009222C3"/>
        </w:tc>
        <w:tc>
          <w:tcPr>
            <w:tcW w:w="5875" w:type="dxa"/>
            <w:tcMar>
              <w:top w:w="90" w:type="dxa"/>
              <w:left w:w="110" w:type="dxa"/>
              <w:bottom w:w="90" w:type="dxa"/>
              <w:right w:w="110" w:type="dxa"/>
            </w:tcMar>
            <w:vAlign w:val="center"/>
          </w:tcPr>
          <w:p w14:paraId="335479AD" w14:textId="77777777" w:rsidR="003F235A" w:rsidRDefault="003F235A" w:rsidP="009222C3">
            <w:proofErr w:type="spellStart"/>
            <w:r>
              <w:rPr>
                <w:sz w:val="16"/>
              </w:rPr>
              <w:t>黑色桌巾</w:t>
            </w:r>
            <w:proofErr w:type="spellEnd"/>
          </w:p>
        </w:tc>
        <w:tc>
          <w:tcPr>
            <w:tcW w:w="1285" w:type="dxa"/>
            <w:tcMar>
              <w:top w:w="90" w:type="dxa"/>
              <w:left w:w="110" w:type="dxa"/>
              <w:bottom w:w="90" w:type="dxa"/>
              <w:right w:w="110" w:type="dxa"/>
            </w:tcMar>
            <w:vAlign w:val="center"/>
          </w:tcPr>
          <w:p w14:paraId="4ACCC115" w14:textId="77777777" w:rsidR="003F235A" w:rsidRDefault="003F235A" w:rsidP="009222C3">
            <w:pPr>
              <w:jc w:val="center"/>
            </w:pPr>
            <w:r>
              <w:rPr>
                <w:sz w:val="16"/>
              </w:rPr>
              <w:t>20條</w:t>
            </w:r>
          </w:p>
        </w:tc>
      </w:tr>
      <w:tr w:rsidR="003F235A" w14:paraId="3296678E" w14:textId="77777777" w:rsidTr="009222C3">
        <w:trPr>
          <w:jc w:val="center"/>
        </w:trPr>
        <w:tc>
          <w:tcPr>
            <w:tcW w:w="600" w:type="dxa"/>
            <w:vMerge/>
            <w:tcMar>
              <w:top w:w="90" w:type="dxa"/>
              <w:left w:w="110" w:type="dxa"/>
              <w:bottom w:w="90" w:type="dxa"/>
              <w:right w:w="110" w:type="dxa"/>
            </w:tcMar>
            <w:vAlign w:val="center"/>
          </w:tcPr>
          <w:p w14:paraId="3342A231" w14:textId="77777777" w:rsidR="003F235A" w:rsidRDefault="003F235A" w:rsidP="009222C3">
            <w:pPr>
              <w:jc w:val="center"/>
            </w:pPr>
          </w:p>
        </w:tc>
        <w:tc>
          <w:tcPr>
            <w:tcW w:w="1663" w:type="dxa"/>
            <w:vMerge/>
            <w:tcMar>
              <w:top w:w="90" w:type="dxa"/>
              <w:left w:w="110" w:type="dxa"/>
              <w:bottom w:w="90" w:type="dxa"/>
              <w:right w:w="110" w:type="dxa"/>
            </w:tcMar>
            <w:vAlign w:val="center"/>
          </w:tcPr>
          <w:p w14:paraId="1E54F4A4" w14:textId="77777777" w:rsidR="003F235A" w:rsidRDefault="003F235A" w:rsidP="009222C3"/>
        </w:tc>
        <w:tc>
          <w:tcPr>
            <w:tcW w:w="5875" w:type="dxa"/>
            <w:tcMar>
              <w:top w:w="90" w:type="dxa"/>
              <w:left w:w="110" w:type="dxa"/>
              <w:bottom w:w="90" w:type="dxa"/>
              <w:right w:w="110" w:type="dxa"/>
            </w:tcMar>
            <w:vAlign w:val="center"/>
          </w:tcPr>
          <w:p w14:paraId="3C39EBF4" w14:textId="77777777" w:rsidR="003F235A" w:rsidRDefault="003F235A" w:rsidP="009222C3">
            <w:proofErr w:type="spellStart"/>
            <w:r>
              <w:rPr>
                <w:sz w:val="16"/>
              </w:rPr>
              <w:t>黑色U型管折疊椅</w:t>
            </w:r>
            <w:proofErr w:type="spellEnd"/>
          </w:p>
        </w:tc>
        <w:tc>
          <w:tcPr>
            <w:tcW w:w="1285" w:type="dxa"/>
            <w:tcMar>
              <w:top w:w="90" w:type="dxa"/>
              <w:left w:w="110" w:type="dxa"/>
              <w:bottom w:w="90" w:type="dxa"/>
              <w:right w:w="110" w:type="dxa"/>
            </w:tcMar>
            <w:vAlign w:val="center"/>
          </w:tcPr>
          <w:p w14:paraId="151DC835" w14:textId="77777777" w:rsidR="003F235A" w:rsidRDefault="003F235A" w:rsidP="009222C3">
            <w:pPr>
              <w:jc w:val="center"/>
            </w:pPr>
            <w:r>
              <w:rPr>
                <w:sz w:val="16"/>
              </w:rPr>
              <w:t>250張</w:t>
            </w:r>
          </w:p>
        </w:tc>
      </w:tr>
      <w:tr w:rsidR="003F235A" w14:paraId="73F5E2A1" w14:textId="77777777" w:rsidTr="009222C3">
        <w:trPr>
          <w:jc w:val="center"/>
        </w:trPr>
        <w:tc>
          <w:tcPr>
            <w:tcW w:w="600" w:type="dxa"/>
            <w:vMerge/>
            <w:tcMar>
              <w:top w:w="90" w:type="dxa"/>
              <w:left w:w="110" w:type="dxa"/>
              <w:bottom w:w="90" w:type="dxa"/>
              <w:right w:w="110" w:type="dxa"/>
            </w:tcMar>
            <w:vAlign w:val="center"/>
          </w:tcPr>
          <w:p w14:paraId="4F0F854E" w14:textId="77777777" w:rsidR="003F235A" w:rsidRDefault="003F235A" w:rsidP="009222C3">
            <w:pPr>
              <w:jc w:val="center"/>
            </w:pPr>
          </w:p>
        </w:tc>
        <w:tc>
          <w:tcPr>
            <w:tcW w:w="1663" w:type="dxa"/>
            <w:vMerge/>
            <w:tcMar>
              <w:top w:w="90" w:type="dxa"/>
              <w:left w:w="110" w:type="dxa"/>
              <w:bottom w:w="90" w:type="dxa"/>
              <w:right w:w="110" w:type="dxa"/>
            </w:tcMar>
            <w:vAlign w:val="center"/>
          </w:tcPr>
          <w:p w14:paraId="2179EF8F" w14:textId="77777777" w:rsidR="003F235A" w:rsidRDefault="003F235A" w:rsidP="009222C3"/>
        </w:tc>
        <w:tc>
          <w:tcPr>
            <w:tcW w:w="5875" w:type="dxa"/>
            <w:tcMar>
              <w:top w:w="90" w:type="dxa"/>
              <w:left w:w="110" w:type="dxa"/>
              <w:bottom w:w="90" w:type="dxa"/>
              <w:right w:w="110" w:type="dxa"/>
            </w:tcMar>
            <w:vAlign w:val="center"/>
          </w:tcPr>
          <w:p w14:paraId="5DE7FBD7" w14:textId="77777777" w:rsidR="003F235A" w:rsidRDefault="003F235A" w:rsidP="009222C3">
            <w:pPr>
              <w:rPr>
                <w:lang w:eastAsia="zh-TW"/>
              </w:rPr>
            </w:pPr>
            <w:r>
              <w:rPr>
                <w:sz w:val="16"/>
                <w:lang w:eastAsia="zh-TW"/>
              </w:rPr>
              <w:t>伸縮圍欄，附紅色緞帶（緞帶約長200×高5 cm）</w:t>
            </w:r>
          </w:p>
        </w:tc>
        <w:tc>
          <w:tcPr>
            <w:tcW w:w="1285" w:type="dxa"/>
            <w:tcMar>
              <w:top w:w="90" w:type="dxa"/>
              <w:left w:w="110" w:type="dxa"/>
              <w:bottom w:w="90" w:type="dxa"/>
              <w:right w:w="110" w:type="dxa"/>
            </w:tcMar>
            <w:vAlign w:val="center"/>
          </w:tcPr>
          <w:p w14:paraId="27B55E78" w14:textId="77777777" w:rsidR="003F235A" w:rsidRDefault="003F235A" w:rsidP="009222C3">
            <w:pPr>
              <w:jc w:val="center"/>
            </w:pPr>
            <w:r>
              <w:rPr>
                <w:sz w:val="16"/>
              </w:rPr>
              <w:t>100組</w:t>
            </w:r>
          </w:p>
        </w:tc>
      </w:tr>
      <w:tr w:rsidR="003F235A" w14:paraId="58410D03" w14:textId="77777777" w:rsidTr="009222C3">
        <w:trPr>
          <w:jc w:val="center"/>
        </w:trPr>
        <w:tc>
          <w:tcPr>
            <w:tcW w:w="600" w:type="dxa"/>
            <w:vMerge/>
            <w:tcMar>
              <w:top w:w="90" w:type="dxa"/>
              <w:left w:w="110" w:type="dxa"/>
              <w:bottom w:w="90" w:type="dxa"/>
              <w:right w:w="110" w:type="dxa"/>
            </w:tcMar>
            <w:vAlign w:val="center"/>
          </w:tcPr>
          <w:p w14:paraId="3B042DCE" w14:textId="77777777" w:rsidR="003F235A" w:rsidRDefault="003F235A" w:rsidP="009222C3">
            <w:pPr>
              <w:jc w:val="center"/>
            </w:pPr>
          </w:p>
        </w:tc>
        <w:tc>
          <w:tcPr>
            <w:tcW w:w="1663" w:type="dxa"/>
            <w:vMerge/>
            <w:tcMar>
              <w:top w:w="90" w:type="dxa"/>
              <w:left w:w="110" w:type="dxa"/>
              <w:bottom w:w="90" w:type="dxa"/>
              <w:right w:w="110" w:type="dxa"/>
            </w:tcMar>
            <w:vAlign w:val="center"/>
          </w:tcPr>
          <w:p w14:paraId="2A5E004B" w14:textId="77777777" w:rsidR="003F235A" w:rsidRDefault="003F235A" w:rsidP="009222C3"/>
        </w:tc>
        <w:tc>
          <w:tcPr>
            <w:tcW w:w="5875" w:type="dxa"/>
            <w:tcMar>
              <w:top w:w="90" w:type="dxa"/>
              <w:left w:w="110" w:type="dxa"/>
              <w:bottom w:w="90" w:type="dxa"/>
              <w:right w:w="110" w:type="dxa"/>
            </w:tcMar>
            <w:vAlign w:val="center"/>
          </w:tcPr>
          <w:p w14:paraId="733E0985" w14:textId="77777777" w:rsidR="003F235A" w:rsidRDefault="003F235A" w:rsidP="009222C3">
            <w:pPr>
              <w:rPr>
                <w:lang w:eastAsia="zh-TW"/>
              </w:rPr>
            </w:pPr>
            <w:proofErr w:type="gramStart"/>
            <w:r>
              <w:rPr>
                <w:sz w:val="16"/>
                <w:lang w:eastAsia="zh-TW"/>
              </w:rPr>
              <w:t>直立式單門玻璃</w:t>
            </w:r>
            <w:proofErr w:type="gramEnd"/>
            <w:r>
              <w:rPr>
                <w:sz w:val="16"/>
                <w:lang w:eastAsia="zh-TW"/>
              </w:rPr>
              <w:t>冷藏冰箱（容量400 L）</w:t>
            </w:r>
          </w:p>
        </w:tc>
        <w:tc>
          <w:tcPr>
            <w:tcW w:w="1285" w:type="dxa"/>
            <w:tcMar>
              <w:top w:w="90" w:type="dxa"/>
              <w:left w:w="110" w:type="dxa"/>
              <w:bottom w:w="90" w:type="dxa"/>
              <w:right w:w="110" w:type="dxa"/>
            </w:tcMar>
            <w:vAlign w:val="center"/>
          </w:tcPr>
          <w:p w14:paraId="2E003013" w14:textId="77777777" w:rsidR="003F235A" w:rsidRDefault="003F235A" w:rsidP="009222C3">
            <w:pPr>
              <w:jc w:val="center"/>
            </w:pPr>
            <w:r>
              <w:rPr>
                <w:sz w:val="16"/>
              </w:rPr>
              <w:t>2台</w:t>
            </w:r>
          </w:p>
        </w:tc>
      </w:tr>
      <w:tr w:rsidR="003F235A" w14:paraId="3E7E9BC7" w14:textId="77777777" w:rsidTr="009222C3">
        <w:trPr>
          <w:jc w:val="center"/>
        </w:trPr>
        <w:tc>
          <w:tcPr>
            <w:tcW w:w="600" w:type="dxa"/>
            <w:vMerge/>
            <w:tcMar>
              <w:top w:w="90" w:type="dxa"/>
              <w:left w:w="110" w:type="dxa"/>
              <w:bottom w:w="90" w:type="dxa"/>
              <w:right w:w="110" w:type="dxa"/>
            </w:tcMar>
            <w:vAlign w:val="center"/>
          </w:tcPr>
          <w:p w14:paraId="529D0A33" w14:textId="77777777" w:rsidR="003F235A" w:rsidRDefault="003F235A" w:rsidP="009222C3">
            <w:pPr>
              <w:jc w:val="center"/>
            </w:pPr>
          </w:p>
        </w:tc>
        <w:tc>
          <w:tcPr>
            <w:tcW w:w="1663" w:type="dxa"/>
            <w:vMerge/>
            <w:tcMar>
              <w:top w:w="90" w:type="dxa"/>
              <w:left w:w="110" w:type="dxa"/>
              <w:bottom w:w="90" w:type="dxa"/>
              <w:right w:w="110" w:type="dxa"/>
            </w:tcMar>
            <w:vAlign w:val="center"/>
          </w:tcPr>
          <w:p w14:paraId="6D9D25C2" w14:textId="77777777" w:rsidR="003F235A" w:rsidRDefault="003F235A" w:rsidP="009222C3"/>
        </w:tc>
        <w:tc>
          <w:tcPr>
            <w:tcW w:w="5875" w:type="dxa"/>
            <w:tcMar>
              <w:top w:w="90" w:type="dxa"/>
              <w:left w:w="110" w:type="dxa"/>
              <w:bottom w:w="90" w:type="dxa"/>
              <w:right w:w="110" w:type="dxa"/>
            </w:tcMar>
            <w:vAlign w:val="center"/>
          </w:tcPr>
          <w:p w14:paraId="40BE7E82" w14:textId="77777777" w:rsidR="003F235A" w:rsidRDefault="003F235A" w:rsidP="009222C3">
            <w:pPr>
              <w:rPr>
                <w:lang w:eastAsia="zh-TW"/>
              </w:rPr>
            </w:pPr>
            <w:proofErr w:type="gramStart"/>
            <w:r>
              <w:rPr>
                <w:sz w:val="16"/>
                <w:lang w:eastAsia="zh-TW"/>
              </w:rPr>
              <w:t>一鍵式全自動</w:t>
            </w:r>
            <w:proofErr w:type="gramEnd"/>
            <w:r>
              <w:rPr>
                <w:sz w:val="16"/>
                <w:lang w:eastAsia="zh-TW"/>
              </w:rPr>
              <w:t>咖啡機（含活動期間所需咖啡豆）</w:t>
            </w:r>
          </w:p>
        </w:tc>
        <w:tc>
          <w:tcPr>
            <w:tcW w:w="1285" w:type="dxa"/>
            <w:tcMar>
              <w:top w:w="90" w:type="dxa"/>
              <w:left w:w="110" w:type="dxa"/>
              <w:bottom w:w="90" w:type="dxa"/>
              <w:right w:w="110" w:type="dxa"/>
            </w:tcMar>
            <w:vAlign w:val="center"/>
          </w:tcPr>
          <w:p w14:paraId="670824F4" w14:textId="77777777" w:rsidR="003F235A" w:rsidRDefault="003F235A" w:rsidP="009222C3">
            <w:pPr>
              <w:jc w:val="center"/>
            </w:pPr>
            <w:r>
              <w:rPr>
                <w:sz w:val="16"/>
              </w:rPr>
              <w:t>2台</w:t>
            </w:r>
          </w:p>
        </w:tc>
      </w:tr>
      <w:tr w:rsidR="003F235A" w14:paraId="6426713D" w14:textId="77777777" w:rsidTr="009222C3">
        <w:trPr>
          <w:jc w:val="center"/>
        </w:trPr>
        <w:tc>
          <w:tcPr>
            <w:tcW w:w="600" w:type="dxa"/>
            <w:vMerge/>
            <w:tcMar>
              <w:top w:w="90" w:type="dxa"/>
              <w:left w:w="110" w:type="dxa"/>
              <w:bottom w:w="90" w:type="dxa"/>
              <w:right w:w="110" w:type="dxa"/>
            </w:tcMar>
            <w:vAlign w:val="center"/>
          </w:tcPr>
          <w:p w14:paraId="1A2AF3CB" w14:textId="77777777" w:rsidR="003F235A" w:rsidRDefault="003F235A" w:rsidP="009222C3">
            <w:pPr>
              <w:jc w:val="center"/>
            </w:pPr>
          </w:p>
        </w:tc>
        <w:tc>
          <w:tcPr>
            <w:tcW w:w="1663" w:type="dxa"/>
            <w:vMerge/>
            <w:tcMar>
              <w:top w:w="90" w:type="dxa"/>
              <w:left w:w="110" w:type="dxa"/>
              <w:bottom w:w="90" w:type="dxa"/>
              <w:right w:w="110" w:type="dxa"/>
            </w:tcMar>
            <w:vAlign w:val="center"/>
          </w:tcPr>
          <w:p w14:paraId="7CD765B2" w14:textId="77777777" w:rsidR="003F235A" w:rsidRDefault="003F235A" w:rsidP="009222C3"/>
        </w:tc>
        <w:tc>
          <w:tcPr>
            <w:tcW w:w="5875" w:type="dxa"/>
            <w:tcMar>
              <w:top w:w="90" w:type="dxa"/>
              <w:left w:w="110" w:type="dxa"/>
              <w:bottom w:w="90" w:type="dxa"/>
              <w:right w:w="110" w:type="dxa"/>
            </w:tcMar>
            <w:vAlign w:val="center"/>
          </w:tcPr>
          <w:p w14:paraId="6E654B48" w14:textId="77777777" w:rsidR="003F235A" w:rsidRDefault="003F235A" w:rsidP="009222C3">
            <w:pPr>
              <w:rPr>
                <w:lang w:eastAsia="zh-TW"/>
              </w:rPr>
            </w:pPr>
            <w:r>
              <w:rPr>
                <w:sz w:val="16"/>
                <w:lang w:eastAsia="zh-TW"/>
              </w:rPr>
              <w:t>現場</w:t>
            </w:r>
            <w:proofErr w:type="gramStart"/>
            <w:r>
              <w:rPr>
                <w:sz w:val="16"/>
                <w:lang w:eastAsia="zh-TW"/>
              </w:rPr>
              <w:t>環境補燈</w:t>
            </w:r>
            <w:proofErr w:type="gramEnd"/>
          </w:p>
        </w:tc>
        <w:tc>
          <w:tcPr>
            <w:tcW w:w="1285" w:type="dxa"/>
            <w:tcMar>
              <w:top w:w="90" w:type="dxa"/>
              <w:left w:w="110" w:type="dxa"/>
              <w:bottom w:w="90" w:type="dxa"/>
              <w:right w:w="110" w:type="dxa"/>
            </w:tcMar>
            <w:vAlign w:val="center"/>
          </w:tcPr>
          <w:p w14:paraId="3F05FF78" w14:textId="77777777" w:rsidR="003F235A" w:rsidRDefault="003F235A" w:rsidP="009222C3">
            <w:pPr>
              <w:jc w:val="center"/>
            </w:pPr>
            <w:r>
              <w:rPr>
                <w:sz w:val="16"/>
              </w:rPr>
              <w:t>3式</w:t>
            </w:r>
          </w:p>
        </w:tc>
      </w:tr>
      <w:tr w:rsidR="003F235A" w14:paraId="3983E0C0" w14:textId="77777777" w:rsidTr="009222C3">
        <w:trPr>
          <w:jc w:val="center"/>
        </w:trPr>
        <w:tc>
          <w:tcPr>
            <w:tcW w:w="600" w:type="dxa"/>
            <w:vMerge/>
            <w:tcMar>
              <w:top w:w="90" w:type="dxa"/>
              <w:left w:w="110" w:type="dxa"/>
              <w:bottom w:w="90" w:type="dxa"/>
              <w:right w:w="110" w:type="dxa"/>
            </w:tcMar>
            <w:vAlign w:val="center"/>
          </w:tcPr>
          <w:p w14:paraId="31D3186A" w14:textId="77777777" w:rsidR="003F235A" w:rsidRDefault="003F235A" w:rsidP="009222C3">
            <w:pPr>
              <w:jc w:val="center"/>
            </w:pPr>
          </w:p>
        </w:tc>
        <w:tc>
          <w:tcPr>
            <w:tcW w:w="1663" w:type="dxa"/>
            <w:vMerge/>
            <w:tcMar>
              <w:top w:w="90" w:type="dxa"/>
              <w:left w:w="110" w:type="dxa"/>
              <w:bottom w:w="90" w:type="dxa"/>
              <w:right w:w="110" w:type="dxa"/>
            </w:tcMar>
            <w:vAlign w:val="center"/>
          </w:tcPr>
          <w:p w14:paraId="0A5C5987" w14:textId="77777777" w:rsidR="003F235A" w:rsidRDefault="003F235A" w:rsidP="009222C3"/>
        </w:tc>
        <w:tc>
          <w:tcPr>
            <w:tcW w:w="5875" w:type="dxa"/>
            <w:tcMar>
              <w:top w:w="90" w:type="dxa"/>
              <w:left w:w="110" w:type="dxa"/>
              <w:bottom w:w="90" w:type="dxa"/>
              <w:right w:w="110" w:type="dxa"/>
            </w:tcMar>
            <w:vAlign w:val="center"/>
          </w:tcPr>
          <w:p w14:paraId="13E33A4E" w14:textId="77777777" w:rsidR="003F235A" w:rsidRDefault="003F235A" w:rsidP="009222C3">
            <w:pPr>
              <w:rPr>
                <w:lang w:eastAsia="zh-TW"/>
              </w:rPr>
            </w:pPr>
            <w:r>
              <w:rPr>
                <w:sz w:val="16"/>
                <w:lang w:eastAsia="zh-TW"/>
              </w:rPr>
              <w:t>網路型彩色雷射自動雙面印表機（支援macOS系統及手動送紙列印）</w:t>
            </w:r>
          </w:p>
        </w:tc>
        <w:tc>
          <w:tcPr>
            <w:tcW w:w="1285" w:type="dxa"/>
            <w:tcMar>
              <w:top w:w="90" w:type="dxa"/>
              <w:left w:w="110" w:type="dxa"/>
              <w:bottom w:w="90" w:type="dxa"/>
              <w:right w:w="110" w:type="dxa"/>
            </w:tcMar>
            <w:vAlign w:val="center"/>
          </w:tcPr>
          <w:p w14:paraId="0F4086E6" w14:textId="77777777" w:rsidR="003F235A" w:rsidRDefault="003F235A" w:rsidP="009222C3">
            <w:pPr>
              <w:jc w:val="center"/>
            </w:pPr>
            <w:r>
              <w:rPr>
                <w:sz w:val="16"/>
              </w:rPr>
              <w:t>1台</w:t>
            </w:r>
          </w:p>
        </w:tc>
      </w:tr>
      <w:tr w:rsidR="003F235A" w14:paraId="1C62ACC7" w14:textId="77777777" w:rsidTr="009222C3">
        <w:trPr>
          <w:jc w:val="center"/>
        </w:trPr>
        <w:tc>
          <w:tcPr>
            <w:tcW w:w="600" w:type="dxa"/>
            <w:vMerge/>
            <w:tcMar>
              <w:top w:w="90" w:type="dxa"/>
              <w:left w:w="110" w:type="dxa"/>
              <w:bottom w:w="90" w:type="dxa"/>
              <w:right w:w="110" w:type="dxa"/>
            </w:tcMar>
            <w:vAlign w:val="center"/>
          </w:tcPr>
          <w:p w14:paraId="1351EC43" w14:textId="77777777" w:rsidR="003F235A" w:rsidRDefault="003F235A" w:rsidP="009222C3">
            <w:pPr>
              <w:jc w:val="center"/>
            </w:pPr>
          </w:p>
        </w:tc>
        <w:tc>
          <w:tcPr>
            <w:tcW w:w="1663" w:type="dxa"/>
            <w:vMerge/>
            <w:tcMar>
              <w:top w:w="90" w:type="dxa"/>
              <w:left w:w="110" w:type="dxa"/>
              <w:bottom w:w="90" w:type="dxa"/>
              <w:right w:w="110" w:type="dxa"/>
            </w:tcMar>
            <w:vAlign w:val="center"/>
          </w:tcPr>
          <w:p w14:paraId="48E176E5" w14:textId="77777777" w:rsidR="003F235A" w:rsidRDefault="003F235A" w:rsidP="009222C3"/>
        </w:tc>
        <w:tc>
          <w:tcPr>
            <w:tcW w:w="5875" w:type="dxa"/>
            <w:tcMar>
              <w:top w:w="90" w:type="dxa"/>
              <w:left w:w="110" w:type="dxa"/>
              <w:bottom w:w="90" w:type="dxa"/>
              <w:right w:w="110" w:type="dxa"/>
            </w:tcMar>
            <w:vAlign w:val="center"/>
          </w:tcPr>
          <w:p w14:paraId="0C9AFDA5" w14:textId="77777777" w:rsidR="003F235A" w:rsidRDefault="003F235A" w:rsidP="009222C3">
            <w:r>
              <w:rPr>
                <w:sz w:val="16"/>
              </w:rPr>
              <w:t>商務型14吋Intel Core i5系列或同等級以上筆記型電腦（資訊組3台、媒體室1台、備援1台）</w:t>
            </w:r>
          </w:p>
        </w:tc>
        <w:tc>
          <w:tcPr>
            <w:tcW w:w="1285" w:type="dxa"/>
            <w:tcMar>
              <w:top w:w="90" w:type="dxa"/>
              <w:left w:w="110" w:type="dxa"/>
              <w:bottom w:w="90" w:type="dxa"/>
              <w:right w:w="110" w:type="dxa"/>
            </w:tcMar>
            <w:vAlign w:val="center"/>
          </w:tcPr>
          <w:p w14:paraId="31015D3D" w14:textId="77777777" w:rsidR="003F235A" w:rsidRDefault="003F235A" w:rsidP="009222C3">
            <w:pPr>
              <w:jc w:val="center"/>
            </w:pPr>
            <w:r>
              <w:rPr>
                <w:sz w:val="16"/>
              </w:rPr>
              <w:t>5台</w:t>
            </w:r>
          </w:p>
        </w:tc>
      </w:tr>
      <w:tr w:rsidR="003F235A" w14:paraId="7522B6BF" w14:textId="77777777" w:rsidTr="009222C3">
        <w:trPr>
          <w:jc w:val="center"/>
        </w:trPr>
        <w:tc>
          <w:tcPr>
            <w:tcW w:w="600" w:type="dxa"/>
            <w:vMerge/>
            <w:tcMar>
              <w:top w:w="90" w:type="dxa"/>
              <w:left w:w="110" w:type="dxa"/>
              <w:bottom w:w="90" w:type="dxa"/>
              <w:right w:w="110" w:type="dxa"/>
            </w:tcMar>
            <w:vAlign w:val="center"/>
          </w:tcPr>
          <w:p w14:paraId="108B09F0" w14:textId="77777777" w:rsidR="003F235A" w:rsidRDefault="003F235A" w:rsidP="009222C3">
            <w:pPr>
              <w:jc w:val="center"/>
            </w:pPr>
          </w:p>
        </w:tc>
        <w:tc>
          <w:tcPr>
            <w:tcW w:w="1663" w:type="dxa"/>
            <w:vMerge/>
            <w:tcMar>
              <w:top w:w="90" w:type="dxa"/>
              <w:left w:w="110" w:type="dxa"/>
              <w:bottom w:w="90" w:type="dxa"/>
              <w:right w:w="110" w:type="dxa"/>
            </w:tcMar>
            <w:vAlign w:val="center"/>
          </w:tcPr>
          <w:p w14:paraId="41090624" w14:textId="77777777" w:rsidR="003F235A" w:rsidRDefault="003F235A" w:rsidP="009222C3"/>
        </w:tc>
        <w:tc>
          <w:tcPr>
            <w:tcW w:w="5875" w:type="dxa"/>
            <w:tcMar>
              <w:top w:w="90" w:type="dxa"/>
              <w:left w:w="110" w:type="dxa"/>
              <w:bottom w:w="90" w:type="dxa"/>
              <w:right w:w="110" w:type="dxa"/>
            </w:tcMar>
            <w:vAlign w:val="center"/>
          </w:tcPr>
          <w:p w14:paraId="123D77A3" w14:textId="77777777" w:rsidR="003F235A" w:rsidRDefault="003F235A" w:rsidP="009222C3">
            <w:pPr>
              <w:rPr>
                <w:lang w:eastAsia="zh-TW"/>
              </w:rPr>
            </w:pPr>
            <w:r>
              <w:rPr>
                <w:sz w:val="16"/>
                <w:lang w:eastAsia="zh-TW"/>
              </w:rPr>
              <w:t>65吋電視機，含直立型移動式電視架（媒體室1台、場內活動1台）</w:t>
            </w:r>
          </w:p>
        </w:tc>
        <w:tc>
          <w:tcPr>
            <w:tcW w:w="1285" w:type="dxa"/>
            <w:tcMar>
              <w:top w:w="90" w:type="dxa"/>
              <w:left w:w="110" w:type="dxa"/>
              <w:bottom w:w="90" w:type="dxa"/>
              <w:right w:w="110" w:type="dxa"/>
            </w:tcMar>
            <w:vAlign w:val="center"/>
          </w:tcPr>
          <w:p w14:paraId="5B23528C" w14:textId="77777777" w:rsidR="003F235A" w:rsidRDefault="003F235A" w:rsidP="009222C3">
            <w:pPr>
              <w:jc w:val="center"/>
            </w:pPr>
            <w:r>
              <w:rPr>
                <w:sz w:val="16"/>
              </w:rPr>
              <w:t>2台</w:t>
            </w:r>
          </w:p>
        </w:tc>
      </w:tr>
      <w:tr w:rsidR="003F235A" w14:paraId="572489E4" w14:textId="77777777" w:rsidTr="009222C3">
        <w:trPr>
          <w:jc w:val="center"/>
        </w:trPr>
        <w:tc>
          <w:tcPr>
            <w:tcW w:w="600" w:type="dxa"/>
            <w:vMerge/>
            <w:tcMar>
              <w:top w:w="90" w:type="dxa"/>
              <w:left w:w="110" w:type="dxa"/>
              <w:bottom w:w="90" w:type="dxa"/>
              <w:right w:w="110" w:type="dxa"/>
            </w:tcMar>
            <w:vAlign w:val="center"/>
          </w:tcPr>
          <w:p w14:paraId="4FC9C12F" w14:textId="77777777" w:rsidR="003F235A" w:rsidRDefault="003F235A" w:rsidP="009222C3">
            <w:pPr>
              <w:jc w:val="center"/>
            </w:pPr>
          </w:p>
        </w:tc>
        <w:tc>
          <w:tcPr>
            <w:tcW w:w="1663" w:type="dxa"/>
            <w:vMerge/>
            <w:tcMar>
              <w:top w:w="90" w:type="dxa"/>
              <w:left w:w="110" w:type="dxa"/>
              <w:bottom w:w="90" w:type="dxa"/>
              <w:right w:w="110" w:type="dxa"/>
            </w:tcMar>
            <w:vAlign w:val="center"/>
          </w:tcPr>
          <w:p w14:paraId="0A051566" w14:textId="77777777" w:rsidR="003F235A" w:rsidRDefault="003F235A" w:rsidP="009222C3"/>
        </w:tc>
        <w:tc>
          <w:tcPr>
            <w:tcW w:w="5875" w:type="dxa"/>
            <w:tcMar>
              <w:top w:w="90" w:type="dxa"/>
              <w:left w:w="110" w:type="dxa"/>
              <w:bottom w:w="90" w:type="dxa"/>
              <w:right w:w="110" w:type="dxa"/>
            </w:tcMar>
            <w:vAlign w:val="center"/>
          </w:tcPr>
          <w:p w14:paraId="00129E0F" w14:textId="77777777" w:rsidR="003F235A" w:rsidRDefault="003F235A" w:rsidP="009222C3">
            <w:pPr>
              <w:rPr>
                <w:lang w:eastAsia="zh-TW"/>
              </w:rPr>
            </w:pPr>
            <w:r>
              <w:rPr>
                <w:sz w:val="16"/>
                <w:lang w:eastAsia="zh-TW"/>
              </w:rPr>
              <w:t>辦公區、媒體室及3樓攤位基本配電</w:t>
            </w:r>
          </w:p>
        </w:tc>
        <w:tc>
          <w:tcPr>
            <w:tcW w:w="1285" w:type="dxa"/>
            <w:tcMar>
              <w:top w:w="90" w:type="dxa"/>
              <w:left w:w="110" w:type="dxa"/>
              <w:bottom w:w="90" w:type="dxa"/>
              <w:right w:w="110" w:type="dxa"/>
            </w:tcMar>
            <w:vAlign w:val="center"/>
          </w:tcPr>
          <w:p w14:paraId="65465B2C" w14:textId="77777777" w:rsidR="003F235A" w:rsidRDefault="003F235A" w:rsidP="009222C3">
            <w:pPr>
              <w:jc w:val="center"/>
            </w:pPr>
            <w:r>
              <w:rPr>
                <w:sz w:val="16"/>
              </w:rPr>
              <w:t>3式</w:t>
            </w:r>
          </w:p>
        </w:tc>
      </w:tr>
      <w:tr w:rsidR="003F235A" w14:paraId="69DAE92E" w14:textId="77777777" w:rsidTr="009222C3">
        <w:trPr>
          <w:jc w:val="center"/>
        </w:trPr>
        <w:tc>
          <w:tcPr>
            <w:tcW w:w="600" w:type="dxa"/>
            <w:vMerge w:val="restart"/>
            <w:tcMar>
              <w:top w:w="90" w:type="dxa"/>
              <w:left w:w="110" w:type="dxa"/>
              <w:bottom w:w="90" w:type="dxa"/>
              <w:right w:w="110" w:type="dxa"/>
            </w:tcMar>
            <w:vAlign w:val="center"/>
          </w:tcPr>
          <w:p w14:paraId="2FCACE50" w14:textId="77777777" w:rsidR="003F235A" w:rsidRDefault="003F235A" w:rsidP="009222C3">
            <w:pPr>
              <w:jc w:val="center"/>
            </w:pPr>
            <w:r>
              <w:rPr>
                <w:sz w:val="16"/>
              </w:rPr>
              <w:t>5</w:t>
            </w:r>
          </w:p>
        </w:tc>
        <w:tc>
          <w:tcPr>
            <w:tcW w:w="1663" w:type="dxa"/>
            <w:vMerge w:val="restart"/>
            <w:tcMar>
              <w:top w:w="90" w:type="dxa"/>
              <w:left w:w="110" w:type="dxa"/>
              <w:bottom w:w="90" w:type="dxa"/>
              <w:right w:w="110" w:type="dxa"/>
            </w:tcMar>
            <w:vAlign w:val="center"/>
          </w:tcPr>
          <w:p w14:paraId="1259AEC7" w14:textId="77777777" w:rsidR="003F235A" w:rsidRDefault="003F235A" w:rsidP="009222C3">
            <w:pPr>
              <w:rPr>
                <w:lang w:eastAsia="zh-TW"/>
              </w:rPr>
            </w:pPr>
            <w:r>
              <w:rPr>
                <w:sz w:val="16"/>
                <w:lang w:eastAsia="zh-TW"/>
              </w:rPr>
              <w:t>網路資訊器材租賃及場地布置</w:t>
            </w:r>
          </w:p>
        </w:tc>
        <w:tc>
          <w:tcPr>
            <w:tcW w:w="5875" w:type="dxa"/>
            <w:tcMar>
              <w:top w:w="90" w:type="dxa"/>
              <w:left w:w="110" w:type="dxa"/>
              <w:bottom w:w="90" w:type="dxa"/>
              <w:right w:w="110" w:type="dxa"/>
            </w:tcMar>
            <w:vAlign w:val="center"/>
          </w:tcPr>
          <w:p w14:paraId="1592C85C" w14:textId="77777777" w:rsidR="003F235A" w:rsidRDefault="003F235A" w:rsidP="009222C3">
            <w:pPr>
              <w:rPr>
                <w:lang w:eastAsia="zh-TW"/>
              </w:rPr>
            </w:pPr>
            <w:r>
              <w:rPr>
                <w:sz w:val="16"/>
                <w:lang w:eastAsia="zh-TW"/>
              </w:rPr>
              <w:t>負載平衡頻寬管理主機：可供至少300部裝置同時上線，斷線備援功能</w:t>
            </w:r>
          </w:p>
        </w:tc>
        <w:tc>
          <w:tcPr>
            <w:tcW w:w="1285" w:type="dxa"/>
            <w:tcMar>
              <w:top w:w="90" w:type="dxa"/>
              <w:left w:w="110" w:type="dxa"/>
              <w:bottom w:w="90" w:type="dxa"/>
              <w:right w:w="110" w:type="dxa"/>
            </w:tcMar>
            <w:vAlign w:val="center"/>
          </w:tcPr>
          <w:p w14:paraId="3B1D3083" w14:textId="77777777" w:rsidR="003F235A" w:rsidRDefault="003F235A" w:rsidP="009222C3">
            <w:pPr>
              <w:jc w:val="center"/>
            </w:pPr>
            <w:r>
              <w:rPr>
                <w:sz w:val="16"/>
              </w:rPr>
              <w:t>1式</w:t>
            </w:r>
          </w:p>
        </w:tc>
      </w:tr>
      <w:tr w:rsidR="003F235A" w14:paraId="18BA9A64" w14:textId="77777777" w:rsidTr="009222C3">
        <w:trPr>
          <w:jc w:val="center"/>
        </w:trPr>
        <w:tc>
          <w:tcPr>
            <w:tcW w:w="600" w:type="dxa"/>
            <w:vMerge/>
            <w:tcMar>
              <w:top w:w="90" w:type="dxa"/>
              <w:left w:w="110" w:type="dxa"/>
              <w:bottom w:w="90" w:type="dxa"/>
              <w:right w:w="110" w:type="dxa"/>
            </w:tcMar>
            <w:vAlign w:val="center"/>
          </w:tcPr>
          <w:p w14:paraId="0E307084" w14:textId="77777777" w:rsidR="003F235A" w:rsidRDefault="003F235A" w:rsidP="009222C3">
            <w:pPr>
              <w:jc w:val="center"/>
            </w:pPr>
          </w:p>
        </w:tc>
        <w:tc>
          <w:tcPr>
            <w:tcW w:w="1663" w:type="dxa"/>
            <w:vMerge/>
            <w:tcMar>
              <w:top w:w="90" w:type="dxa"/>
              <w:left w:w="110" w:type="dxa"/>
              <w:bottom w:w="90" w:type="dxa"/>
              <w:right w:w="110" w:type="dxa"/>
            </w:tcMar>
            <w:vAlign w:val="center"/>
          </w:tcPr>
          <w:p w14:paraId="73593385" w14:textId="77777777" w:rsidR="003F235A" w:rsidRDefault="003F235A" w:rsidP="009222C3"/>
        </w:tc>
        <w:tc>
          <w:tcPr>
            <w:tcW w:w="5875" w:type="dxa"/>
            <w:tcMar>
              <w:top w:w="90" w:type="dxa"/>
              <w:left w:w="110" w:type="dxa"/>
              <w:bottom w:w="90" w:type="dxa"/>
              <w:right w:w="110" w:type="dxa"/>
            </w:tcMar>
            <w:vAlign w:val="center"/>
          </w:tcPr>
          <w:p w14:paraId="401A5EAA" w14:textId="77777777" w:rsidR="003F235A" w:rsidRDefault="003F235A" w:rsidP="009222C3">
            <w:pPr>
              <w:rPr>
                <w:lang w:eastAsia="zh-TW"/>
              </w:rPr>
            </w:pPr>
            <w:r>
              <w:rPr>
                <w:sz w:val="16"/>
                <w:lang w:eastAsia="zh-TW"/>
              </w:rPr>
              <w:t>網管交換器，設置於A棟及B棟，</w:t>
            </w:r>
          </w:p>
        </w:tc>
        <w:tc>
          <w:tcPr>
            <w:tcW w:w="1285" w:type="dxa"/>
            <w:tcMar>
              <w:top w:w="90" w:type="dxa"/>
              <w:left w:w="110" w:type="dxa"/>
              <w:bottom w:w="90" w:type="dxa"/>
              <w:right w:w="110" w:type="dxa"/>
            </w:tcMar>
            <w:vAlign w:val="center"/>
          </w:tcPr>
          <w:p w14:paraId="4EAE8895" w14:textId="77777777" w:rsidR="003F235A" w:rsidRDefault="003F235A" w:rsidP="009222C3">
            <w:pPr>
              <w:jc w:val="center"/>
            </w:pPr>
            <w:r>
              <w:rPr>
                <w:sz w:val="16"/>
              </w:rPr>
              <w:t>1式</w:t>
            </w:r>
          </w:p>
        </w:tc>
      </w:tr>
      <w:tr w:rsidR="003F235A" w14:paraId="5E5C5714" w14:textId="77777777" w:rsidTr="009222C3">
        <w:trPr>
          <w:jc w:val="center"/>
        </w:trPr>
        <w:tc>
          <w:tcPr>
            <w:tcW w:w="600" w:type="dxa"/>
            <w:vMerge/>
            <w:tcMar>
              <w:top w:w="90" w:type="dxa"/>
              <w:left w:w="110" w:type="dxa"/>
              <w:bottom w:w="90" w:type="dxa"/>
              <w:right w:w="110" w:type="dxa"/>
            </w:tcMar>
            <w:vAlign w:val="center"/>
          </w:tcPr>
          <w:p w14:paraId="49C1B523" w14:textId="77777777" w:rsidR="003F235A" w:rsidRDefault="003F235A" w:rsidP="009222C3">
            <w:pPr>
              <w:jc w:val="center"/>
            </w:pPr>
          </w:p>
        </w:tc>
        <w:tc>
          <w:tcPr>
            <w:tcW w:w="1663" w:type="dxa"/>
            <w:vMerge/>
            <w:tcMar>
              <w:top w:w="90" w:type="dxa"/>
              <w:left w:w="110" w:type="dxa"/>
              <w:bottom w:w="90" w:type="dxa"/>
              <w:right w:w="110" w:type="dxa"/>
            </w:tcMar>
            <w:vAlign w:val="center"/>
          </w:tcPr>
          <w:p w14:paraId="274ECC25" w14:textId="77777777" w:rsidR="003F235A" w:rsidRDefault="003F235A" w:rsidP="009222C3"/>
        </w:tc>
        <w:tc>
          <w:tcPr>
            <w:tcW w:w="5875" w:type="dxa"/>
            <w:tcMar>
              <w:top w:w="90" w:type="dxa"/>
              <w:left w:w="110" w:type="dxa"/>
              <w:bottom w:w="90" w:type="dxa"/>
              <w:right w:w="110" w:type="dxa"/>
            </w:tcMar>
            <w:vAlign w:val="center"/>
          </w:tcPr>
          <w:p w14:paraId="14FA6569" w14:textId="77777777" w:rsidR="003F235A" w:rsidRDefault="003F235A" w:rsidP="009222C3">
            <w:pPr>
              <w:rPr>
                <w:lang w:eastAsia="zh-TW"/>
              </w:rPr>
            </w:pPr>
            <w:r>
              <w:rPr>
                <w:sz w:val="16"/>
                <w:lang w:eastAsia="zh-TW"/>
              </w:rPr>
              <w:t>4×4無線基地台Wi-Fi 6（5 GHz），支援IEEE 802.11ax/ac，</w:t>
            </w:r>
            <w:r>
              <w:rPr>
                <w:lang w:eastAsia="zh-TW"/>
              </w:rPr>
              <w:t xml:space="preserve"> </w:t>
            </w:r>
          </w:p>
        </w:tc>
        <w:tc>
          <w:tcPr>
            <w:tcW w:w="1285" w:type="dxa"/>
            <w:tcMar>
              <w:top w:w="90" w:type="dxa"/>
              <w:left w:w="110" w:type="dxa"/>
              <w:bottom w:w="90" w:type="dxa"/>
              <w:right w:w="110" w:type="dxa"/>
            </w:tcMar>
            <w:vAlign w:val="center"/>
          </w:tcPr>
          <w:p w14:paraId="651128EF" w14:textId="77777777" w:rsidR="003F235A" w:rsidRDefault="003F235A" w:rsidP="009222C3">
            <w:pPr>
              <w:jc w:val="center"/>
            </w:pPr>
            <w:r>
              <w:rPr>
                <w:rFonts w:hint="eastAsia"/>
                <w:sz w:val="16"/>
                <w:lang w:eastAsia="zh-TW"/>
              </w:rPr>
              <w:t>9</w:t>
            </w:r>
            <w:r>
              <w:rPr>
                <w:sz w:val="16"/>
              </w:rPr>
              <w:t>式</w:t>
            </w:r>
          </w:p>
        </w:tc>
      </w:tr>
      <w:tr w:rsidR="003F235A" w14:paraId="79A078A8" w14:textId="77777777" w:rsidTr="009222C3">
        <w:trPr>
          <w:jc w:val="center"/>
        </w:trPr>
        <w:tc>
          <w:tcPr>
            <w:tcW w:w="600" w:type="dxa"/>
            <w:vMerge/>
            <w:tcMar>
              <w:top w:w="90" w:type="dxa"/>
              <w:left w:w="110" w:type="dxa"/>
              <w:bottom w:w="90" w:type="dxa"/>
              <w:right w:w="110" w:type="dxa"/>
            </w:tcMar>
            <w:vAlign w:val="center"/>
          </w:tcPr>
          <w:p w14:paraId="17857694" w14:textId="77777777" w:rsidR="003F235A" w:rsidRDefault="003F235A" w:rsidP="009222C3">
            <w:pPr>
              <w:jc w:val="center"/>
            </w:pPr>
          </w:p>
        </w:tc>
        <w:tc>
          <w:tcPr>
            <w:tcW w:w="1663" w:type="dxa"/>
            <w:vMerge/>
            <w:tcMar>
              <w:top w:w="90" w:type="dxa"/>
              <w:left w:w="110" w:type="dxa"/>
              <w:bottom w:w="90" w:type="dxa"/>
              <w:right w:w="110" w:type="dxa"/>
            </w:tcMar>
            <w:vAlign w:val="center"/>
          </w:tcPr>
          <w:p w14:paraId="7622DD36" w14:textId="77777777" w:rsidR="003F235A" w:rsidRDefault="003F235A" w:rsidP="009222C3"/>
        </w:tc>
        <w:tc>
          <w:tcPr>
            <w:tcW w:w="5875" w:type="dxa"/>
            <w:tcMar>
              <w:top w:w="90" w:type="dxa"/>
              <w:left w:w="110" w:type="dxa"/>
              <w:bottom w:w="90" w:type="dxa"/>
              <w:right w:w="110" w:type="dxa"/>
            </w:tcMar>
            <w:vAlign w:val="center"/>
          </w:tcPr>
          <w:p w14:paraId="328D4B77" w14:textId="77777777" w:rsidR="003F235A" w:rsidRDefault="003F235A" w:rsidP="009222C3">
            <w:pPr>
              <w:rPr>
                <w:lang w:eastAsia="zh-TW"/>
              </w:rPr>
            </w:pPr>
            <w:r>
              <w:rPr>
                <w:sz w:val="16"/>
                <w:lang w:eastAsia="zh-TW"/>
              </w:rPr>
              <w:t>鷹眼設備器材區專線網路設置（</w:t>
            </w:r>
            <w:proofErr w:type="gramStart"/>
            <w:r>
              <w:rPr>
                <w:sz w:val="16"/>
                <w:lang w:eastAsia="zh-TW"/>
              </w:rPr>
              <w:t>採</w:t>
            </w:r>
            <w:proofErr w:type="gramEnd"/>
            <w:r>
              <w:rPr>
                <w:sz w:val="16"/>
                <w:lang w:eastAsia="zh-TW"/>
              </w:rPr>
              <w:t>DHCP架構），備援機制</w:t>
            </w:r>
          </w:p>
        </w:tc>
        <w:tc>
          <w:tcPr>
            <w:tcW w:w="1285" w:type="dxa"/>
            <w:tcMar>
              <w:top w:w="90" w:type="dxa"/>
              <w:left w:w="110" w:type="dxa"/>
              <w:bottom w:w="90" w:type="dxa"/>
              <w:right w:w="110" w:type="dxa"/>
            </w:tcMar>
            <w:vAlign w:val="center"/>
          </w:tcPr>
          <w:p w14:paraId="7194EEF7" w14:textId="77777777" w:rsidR="003F235A" w:rsidRDefault="003F235A" w:rsidP="009222C3">
            <w:pPr>
              <w:jc w:val="center"/>
            </w:pPr>
            <w:r>
              <w:rPr>
                <w:sz w:val="16"/>
              </w:rPr>
              <w:t>1式</w:t>
            </w:r>
          </w:p>
        </w:tc>
      </w:tr>
      <w:tr w:rsidR="003F235A" w14:paraId="21ADE8E0" w14:textId="77777777" w:rsidTr="009222C3">
        <w:trPr>
          <w:jc w:val="center"/>
        </w:trPr>
        <w:tc>
          <w:tcPr>
            <w:tcW w:w="600" w:type="dxa"/>
            <w:vMerge/>
            <w:tcMar>
              <w:top w:w="90" w:type="dxa"/>
              <w:left w:w="110" w:type="dxa"/>
              <w:bottom w:w="90" w:type="dxa"/>
              <w:right w:w="110" w:type="dxa"/>
            </w:tcMar>
            <w:vAlign w:val="center"/>
          </w:tcPr>
          <w:p w14:paraId="1C41B9D9" w14:textId="77777777" w:rsidR="003F235A" w:rsidRDefault="003F235A" w:rsidP="009222C3">
            <w:pPr>
              <w:jc w:val="center"/>
            </w:pPr>
          </w:p>
        </w:tc>
        <w:tc>
          <w:tcPr>
            <w:tcW w:w="1663" w:type="dxa"/>
            <w:vMerge/>
            <w:tcMar>
              <w:top w:w="90" w:type="dxa"/>
              <w:left w:w="110" w:type="dxa"/>
              <w:bottom w:w="90" w:type="dxa"/>
              <w:right w:w="110" w:type="dxa"/>
            </w:tcMar>
            <w:vAlign w:val="center"/>
          </w:tcPr>
          <w:p w14:paraId="20837434" w14:textId="77777777" w:rsidR="003F235A" w:rsidRDefault="003F235A" w:rsidP="009222C3"/>
        </w:tc>
        <w:tc>
          <w:tcPr>
            <w:tcW w:w="5875" w:type="dxa"/>
            <w:tcMar>
              <w:top w:w="90" w:type="dxa"/>
              <w:left w:w="110" w:type="dxa"/>
              <w:bottom w:w="90" w:type="dxa"/>
              <w:right w:w="110" w:type="dxa"/>
            </w:tcMar>
            <w:vAlign w:val="center"/>
          </w:tcPr>
          <w:p w14:paraId="6E0DB578" w14:textId="77777777" w:rsidR="003F235A" w:rsidRDefault="003F235A" w:rsidP="009222C3">
            <w:pPr>
              <w:rPr>
                <w:lang w:eastAsia="zh-TW"/>
              </w:rPr>
            </w:pPr>
            <w:proofErr w:type="gramStart"/>
            <w:r>
              <w:rPr>
                <w:sz w:val="16"/>
                <w:lang w:eastAsia="zh-TW"/>
              </w:rPr>
              <w:t>線上直播</w:t>
            </w:r>
            <w:proofErr w:type="gramEnd"/>
            <w:r>
              <w:rPr>
                <w:sz w:val="16"/>
                <w:lang w:eastAsia="zh-TW"/>
              </w:rPr>
              <w:t>及Live Score專用網路設置（</w:t>
            </w:r>
            <w:proofErr w:type="gramStart"/>
            <w:r>
              <w:rPr>
                <w:sz w:val="16"/>
                <w:lang w:eastAsia="zh-TW"/>
              </w:rPr>
              <w:t>採</w:t>
            </w:r>
            <w:proofErr w:type="gramEnd"/>
            <w:r>
              <w:rPr>
                <w:sz w:val="16"/>
                <w:lang w:eastAsia="zh-TW"/>
              </w:rPr>
              <w:t>DHCP架構），備援機制</w:t>
            </w:r>
          </w:p>
        </w:tc>
        <w:tc>
          <w:tcPr>
            <w:tcW w:w="1285" w:type="dxa"/>
            <w:tcMar>
              <w:top w:w="90" w:type="dxa"/>
              <w:left w:w="110" w:type="dxa"/>
              <w:bottom w:w="90" w:type="dxa"/>
              <w:right w:w="110" w:type="dxa"/>
            </w:tcMar>
            <w:vAlign w:val="center"/>
          </w:tcPr>
          <w:p w14:paraId="1EF7C0D8" w14:textId="77777777" w:rsidR="003F235A" w:rsidRDefault="003F235A" w:rsidP="009222C3">
            <w:pPr>
              <w:jc w:val="center"/>
            </w:pPr>
            <w:r>
              <w:rPr>
                <w:sz w:val="16"/>
              </w:rPr>
              <w:t>1式</w:t>
            </w:r>
          </w:p>
        </w:tc>
      </w:tr>
      <w:tr w:rsidR="003F235A" w14:paraId="602D036A" w14:textId="77777777" w:rsidTr="009222C3">
        <w:trPr>
          <w:jc w:val="center"/>
        </w:trPr>
        <w:tc>
          <w:tcPr>
            <w:tcW w:w="600" w:type="dxa"/>
            <w:vMerge/>
            <w:tcMar>
              <w:top w:w="90" w:type="dxa"/>
              <w:left w:w="110" w:type="dxa"/>
              <w:bottom w:w="90" w:type="dxa"/>
              <w:right w:w="110" w:type="dxa"/>
            </w:tcMar>
            <w:vAlign w:val="center"/>
          </w:tcPr>
          <w:p w14:paraId="27CB9B04" w14:textId="77777777" w:rsidR="003F235A" w:rsidRDefault="003F235A" w:rsidP="009222C3">
            <w:pPr>
              <w:jc w:val="center"/>
            </w:pPr>
          </w:p>
        </w:tc>
        <w:tc>
          <w:tcPr>
            <w:tcW w:w="1663" w:type="dxa"/>
            <w:vMerge/>
            <w:tcMar>
              <w:top w:w="90" w:type="dxa"/>
              <w:left w:w="110" w:type="dxa"/>
              <w:bottom w:w="90" w:type="dxa"/>
              <w:right w:w="110" w:type="dxa"/>
            </w:tcMar>
            <w:vAlign w:val="center"/>
          </w:tcPr>
          <w:p w14:paraId="4906A06D" w14:textId="77777777" w:rsidR="003F235A" w:rsidRDefault="003F235A" w:rsidP="009222C3"/>
        </w:tc>
        <w:tc>
          <w:tcPr>
            <w:tcW w:w="5875" w:type="dxa"/>
            <w:tcMar>
              <w:top w:w="90" w:type="dxa"/>
              <w:left w:w="110" w:type="dxa"/>
              <w:bottom w:w="90" w:type="dxa"/>
              <w:right w:w="110" w:type="dxa"/>
            </w:tcMar>
            <w:vAlign w:val="center"/>
          </w:tcPr>
          <w:p w14:paraId="1E454360" w14:textId="77777777" w:rsidR="003F235A" w:rsidRDefault="003F235A" w:rsidP="009222C3">
            <w:pPr>
              <w:rPr>
                <w:lang w:eastAsia="zh-TW"/>
              </w:rPr>
            </w:pPr>
            <w:r>
              <w:rPr>
                <w:sz w:val="16"/>
                <w:lang w:eastAsia="zh-TW"/>
              </w:rPr>
              <w:t>現場網路及Wi-Fi即時監控與調整服務</w:t>
            </w:r>
          </w:p>
        </w:tc>
        <w:tc>
          <w:tcPr>
            <w:tcW w:w="1285" w:type="dxa"/>
            <w:tcMar>
              <w:top w:w="90" w:type="dxa"/>
              <w:left w:w="110" w:type="dxa"/>
              <w:bottom w:w="90" w:type="dxa"/>
              <w:right w:w="110" w:type="dxa"/>
            </w:tcMar>
            <w:vAlign w:val="center"/>
          </w:tcPr>
          <w:p w14:paraId="6236822E" w14:textId="77777777" w:rsidR="003F235A" w:rsidRDefault="003F235A" w:rsidP="009222C3">
            <w:pPr>
              <w:jc w:val="center"/>
            </w:pPr>
            <w:r>
              <w:rPr>
                <w:sz w:val="16"/>
              </w:rPr>
              <w:t>1式</w:t>
            </w:r>
          </w:p>
        </w:tc>
      </w:tr>
      <w:tr w:rsidR="003F235A" w14:paraId="2C4780FA" w14:textId="77777777" w:rsidTr="009222C3">
        <w:trPr>
          <w:jc w:val="center"/>
        </w:trPr>
        <w:tc>
          <w:tcPr>
            <w:tcW w:w="600" w:type="dxa"/>
            <w:vMerge/>
            <w:tcMar>
              <w:top w:w="90" w:type="dxa"/>
              <w:left w:w="110" w:type="dxa"/>
              <w:bottom w:w="90" w:type="dxa"/>
              <w:right w:w="110" w:type="dxa"/>
            </w:tcMar>
            <w:vAlign w:val="center"/>
          </w:tcPr>
          <w:p w14:paraId="39E8D825" w14:textId="77777777" w:rsidR="003F235A" w:rsidRDefault="003F235A" w:rsidP="009222C3">
            <w:pPr>
              <w:jc w:val="center"/>
            </w:pPr>
          </w:p>
        </w:tc>
        <w:tc>
          <w:tcPr>
            <w:tcW w:w="1663" w:type="dxa"/>
            <w:vMerge/>
            <w:tcMar>
              <w:top w:w="90" w:type="dxa"/>
              <w:left w:w="110" w:type="dxa"/>
              <w:bottom w:w="90" w:type="dxa"/>
              <w:right w:w="110" w:type="dxa"/>
            </w:tcMar>
            <w:vAlign w:val="center"/>
          </w:tcPr>
          <w:p w14:paraId="34B8C6BA" w14:textId="77777777" w:rsidR="003F235A" w:rsidRDefault="003F235A" w:rsidP="009222C3"/>
        </w:tc>
        <w:tc>
          <w:tcPr>
            <w:tcW w:w="5875" w:type="dxa"/>
            <w:tcMar>
              <w:top w:w="90" w:type="dxa"/>
              <w:left w:w="110" w:type="dxa"/>
              <w:bottom w:w="90" w:type="dxa"/>
              <w:right w:w="110" w:type="dxa"/>
            </w:tcMar>
            <w:vAlign w:val="center"/>
          </w:tcPr>
          <w:p w14:paraId="2FACABC2" w14:textId="77777777" w:rsidR="003F235A" w:rsidRDefault="003F235A" w:rsidP="009222C3">
            <w:pPr>
              <w:rPr>
                <w:lang w:eastAsia="zh-TW"/>
              </w:rPr>
            </w:pPr>
            <w:r>
              <w:rPr>
                <w:sz w:val="16"/>
                <w:lang w:eastAsia="zh-TW"/>
              </w:rPr>
              <w:t>影像傳輸</w:t>
            </w:r>
            <w:r>
              <w:rPr>
                <w:rFonts w:hint="eastAsia"/>
                <w:sz w:val="16"/>
                <w:lang w:eastAsia="zh-TW"/>
              </w:rPr>
              <w:t xml:space="preserve"> </w:t>
            </w:r>
            <w:r>
              <w:rPr>
                <w:sz w:val="16"/>
                <w:lang w:eastAsia="zh-TW"/>
              </w:rPr>
              <w:t>供現場即時畫面傳輸至區域網路並解碼輸出</w:t>
            </w:r>
          </w:p>
        </w:tc>
        <w:tc>
          <w:tcPr>
            <w:tcW w:w="1285" w:type="dxa"/>
            <w:tcMar>
              <w:top w:w="90" w:type="dxa"/>
              <w:left w:w="110" w:type="dxa"/>
              <w:bottom w:w="90" w:type="dxa"/>
              <w:right w:w="110" w:type="dxa"/>
            </w:tcMar>
            <w:vAlign w:val="center"/>
          </w:tcPr>
          <w:p w14:paraId="0E45F152" w14:textId="77777777" w:rsidR="003F235A" w:rsidRDefault="003F235A" w:rsidP="009222C3">
            <w:pPr>
              <w:jc w:val="center"/>
            </w:pPr>
            <w:r>
              <w:rPr>
                <w:sz w:val="16"/>
              </w:rPr>
              <w:t>1式</w:t>
            </w:r>
          </w:p>
        </w:tc>
      </w:tr>
      <w:tr w:rsidR="003F235A" w14:paraId="11D07D90" w14:textId="77777777" w:rsidTr="009222C3">
        <w:trPr>
          <w:jc w:val="center"/>
        </w:trPr>
        <w:tc>
          <w:tcPr>
            <w:tcW w:w="600" w:type="dxa"/>
            <w:vMerge w:val="restart"/>
            <w:tcMar>
              <w:top w:w="90" w:type="dxa"/>
              <w:left w:w="110" w:type="dxa"/>
              <w:bottom w:w="90" w:type="dxa"/>
              <w:right w:w="110" w:type="dxa"/>
            </w:tcMar>
            <w:vAlign w:val="center"/>
          </w:tcPr>
          <w:p w14:paraId="4E2BB469" w14:textId="77777777" w:rsidR="003F235A" w:rsidRDefault="003F235A" w:rsidP="009222C3">
            <w:pPr>
              <w:jc w:val="center"/>
            </w:pPr>
            <w:r>
              <w:rPr>
                <w:sz w:val="16"/>
              </w:rPr>
              <w:t>6</w:t>
            </w:r>
          </w:p>
        </w:tc>
        <w:tc>
          <w:tcPr>
            <w:tcW w:w="1663" w:type="dxa"/>
            <w:vMerge w:val="restart"/>
            <w:tcMar>
              <w:top w:w="90" w:type="dxa"/>
              <w:left w:w="110" w:type="dxa"/>
              <w:bottom w:w="90" w:type="dxa"/>
              <w:right w:w="110" w:type="dxa"/>
            </w:tcMar>
            <w:vAlign w:val="center"/>
          </w:tcPr>
          <w:p w14:paraId="7DB505D2" w14:textId="77777777" w:rsidR="003F235A" w:rsidRDefault="003F235A" w:rsidP="009222C3">
            <w:pPr>
              <w:rPr>
                <w:lang w:eastAsia="zh-TW"/>
              </w:rPr>
            </w:pPr>
            <w:r>
              <w:rPr>
                <w:sz w:val="16"/>
                <w:lang w:eastAsia="zh-TW"/>
              </w:rPr>
              <w:t>落地型LED電視牆租賃</w:t>
            </w:r>
          </w:p>
        </w:tc>
        <w:tc>
          <w:tcPr>
            <w:tcW w:w="5875" w:type="dxa"/>
            <w:tcMar>
              <w:top w:w="90" w:type="dxa"/>
              <w:left w:w="110" w:type="dxa"/>
              <w:bottom w:w="90" w:type="dxa"/>
              <w:right w:w="110" w:type="dxa"/>
            </w:tcMar>
            <w:vAlign w:val="center"/>
          </w:tcPr>
          <w:p w14:paraId="24AD35CA" w14:textId="77777777" w:rsidR="003F235A" w:rsidRDefault="003F235A" w:rsidP="009222C3">
            <w:pPr>
              <w:rPr>
                <w:lang w:eastAsia="zh-TW"/>
              </w:rPr>
            </w:pPr>
            <w:r>
              <w:rPr>
                <w:sz w:val="16"/>
                <w:lang w:eastAsia="zh-TW"/>
              </w:rPr>
              <w:t>LED</w:t>
            </w:r>
            <w:proofErr w:type="gramStart"/>
            <w:r>
              <w:rPr>
                <w:sz w:val="16"/>
                <w:lang w:eastAsia="zh-TW"/>
              </w:rPr>
              <w:t>電視牆約</w:t>
            </w:r>
            <w:proofErr w:type="gramEnd"/>
            <w:r>
              <w:rPr>
                <w:sz w:val="16"/>
                <w:lang w:eastAsia="zh-TW"/>
              </w:rPr>
              <w:t>W600×H350 cm，P3 LED</w:t>
            </w:r>
            <w:r>
              <w:rPr>
                <w:rFonts w:hint="eastAsia"/>
                <w:sz w:val="16"/>
                <w:lang w:eastAsia="zh-TW"/>
              </w:rPr>
              <w:t xml:space="preserve"> </w:t>
            </w:r>
            <w:r>
              <w:rPr>
                <w:lang w:eastAsia="zh-TW"/>
              </w:rPr>
              <w:t xml:space="preserve"> </w:t>
            </w:r>
          </w:p>
        </w:tc>
        <w:tc>
          <w:tcPr>
            <w:tcW w:w="1285" w:type="dxa"/>
            <w:tcMar>
              <w:top w:w="90" w:type="dxa"/>
              <w:left w:w="110" w:type="dxa"/>
              <w:bottom w:w="90" w:type="dxa"/>
              <w:right w:w="110" w:type="dxa"/>
            </w:tcMar>
            <w:vAlign w:val="center"/>
          </w:tcPr>
          <w:p w14:paraId="23F53A76" w14:textId="77777777" w:rsidR="003F235A" w:rsidRDefault="003F235A" w:rsidP="009222C3">
            <w:pPr>
              <w:jc w:val="center"/>
            </w:pPr>
            <w:r>
              <w:rPr>
                <w:sz w:val="16"/>
              </w:rPr>
              <w:t>1式</w:t>
            </w:r>
          </w:p>
        </w:tc>
      </w:tr>
      <w:tr w:rsidR="003F235A" w14:paraId="25BA6FF8" w14:textId="77777777" w:rsidTr="009222C3">
        <w:trPr>
          <w:jc w:val="center"/>
        </w:trPr>
        <w:tc>
          <w:tcPr>
            <w:tcW w:w="600" w:type="dxa"/>
            <w:vMerge/>
            <w:tcMar>
              <w:top w:w="90" w:type="dxa"/>
              <w:left w:w="110" w:type="dxa"/>
              <w:bottom w:w="90" w:type="dxa"/>
              <w:right w:w="110" w:type="dxa"/>
            </w:tcMar>
            <w:vAlign w:val="center"/>
          </w:tcPr>
          <w:p w14:paraId="066DB5BD" w14:textId="77777777" w:rsidR="003F235A" w:rsidRDefault="003F235A" w:rsidP="009222C3">
            <w:pPr>
              <w:jc w:val="center"/>
            </w:pPr>
          </w:p>
        </w:tc>
        <w:tc>
          <w:tcPr>
            <w:tcW w:w="1663" w:type="dxa"/>
            <w:vMerge/>
            <w:tcMar>
              <w:top w:w="90" w:type="dxa"/>
              <w:left w:w="110" w:type="dxa"/>
              <w:bottom w:w="90" w:type="dxa"/>
              <w:right w:w="110" w:type="dxa"/>
            </w:tcMar>
            <w:vAlign w:val="center"/>
          </w:tcPr>
          <w:p w14:paraId="39E1BE85" w14:textId="77777777" w:rsidR="003F235A" w:rsidRDefault="003F235A" w:rsidP="009222C3"/>
        </w:tc>
        <w:tc>
          <w:tcPr>
            <w:tcW w:w="5875" w:type="dxa"/>
            <w:tcMar>
              <w:top w:w="90" w:type="dxa"/>
              <w:left w:w="110" w:type="dxa"/>
              <w:bottom w:w="90" w:type="dxa"/>
              <w:right w:w="110" w:type="dxa"/>
            </w:tcMar>
            <w:vAlign w:val="center"/>
          </w:tcPr>
          <w:p w14:paraId="2456CA43" w14:textId="77777777" w:rsidR="003F235A" w:rsidRDefault="003F235A" w:rsidP="009222C3">
            <w:pPr>
              <w:rPr>
                <w:lang w:eastAsia="zh-TW"/>
              </w:rPr>
            </w:pPr>
            <w:r>
              <w:rPr>
                <w:sz w:val="16"/>
                <w:lang w:eastAsia="zh-TW"/>
              </w:rPr>
              <w:t>柴油發電機220V／60 kW，含現場設備</w:t>
            </w:r>
            <w:proofErr w:type="gramStart"/>
            <w:r>
              <w:rPr>
                <w:sz w:val="16"/>
                <w:lang w:eastAsia="zh-TW"/>
              </w:rPr>
              <w:t>主幹線配線</w:t>
            </w:r>
            <w:proofErr w:type="gramEnd"/>
            <w:r>
              <w:rPr>
                <w:sz w:val="16"/>
                <w:lang w:eastAsia="zh-TW"/>
              </w:rPr>
              <w:t>、歐</w:t>
            </w:r>
            <w:proofErr w:type="gramStart"/>
            <w:r>
              <w:rPr>
                <w:sz w:val="16"/>
                <w:lang w:eastAsia="zh-TW"/>
              </w:rPr>
              <w:t>規</w:t>
            </w:r>
            <w:proofErr w:type="gramEnd"/>
            <w:r>
              <w:rPr>
                <w:sz w:val="16"/>
                <w:lang w:eastAsia="zh-TW"/>
              </w:rPr>
              <w:t>插座2組、H型插座10組、安全圍籬、</w:t>
            </w:r>
            <w:proofErr w:type="gramStart"/>
            <w:r>
              <w:rPr>
                <w:sz w:val="16"/>
                <w:lang w:eastAsia="zh-TW"/>
              </w:rPr>
              <w:t>線槽</w:t>
            </w:r>
            <w:proofErr w:type="gramEnd"/>
            <w:r>
              <w:rPr>
                <w:sz w:val="16"/>
                <w:lang w:eastAsia="zh-TW"/>
              </w:rPr>
              <w:t>、油料及滅火器</w:t>
            </w:r>
            <w:r>
              <w:rPr>
                <w:lang w:eastAsia="zh-TW"/>
              </w:rPr>
              <w:t xml:space="preserve"> </w:t>
            </w:r>
          </w:p>
        </w:tc>
        <w:tc>
          <w:tcPr>
            <w:tcW w:w="1285" w:type="dxa"/>
            <w:tcMar>
              <w:top w:w="90" w:type="dxa"/>
              <w:left w:w="110" w:type="dxa"/>
              <w:bottom w:w="90" w:type="dxa"/>
              <w:right w:w="110" w:type="dxa"/>
            </w:tcMar>
            <w:vAlign w:val="center"/>
          </w:tcPr>
          <w:p w14:paraId="309A2CEE" w14:textId="77777777" w:rsidR="003F235A" w:rsidRDefault="003F235A" w:rsidP="009222C3">
            <w:pPr>
              <w:jc w:val="center"/>
            </w:pPr>
            <w:r>
              <w:rPr>
                <w:sz w:val="16"/>
              </w:rPr>
              <w:t>1式</w:t>
            </w:r>
          </w:p>
        </w:tc>
      </w:tr>
      <w:tr w:rsidR="003F235A" w14:paraId="49C79872" w14:textId="77777777" w:rsidTr="009222C3">
        <w:trPr>
          <w:jc w:val="center"/>
        </w:trPr>
        <w:tc>
          <w:tcPr>
            <w:tcW w:w="600" w:type="dxa"/>
            <w:vMerge/>
            <w:tcMar>
              <w:top w:w="90" w:type="dxa"/>
              <w:left w:w="110" w:type="dxa"/>
              <w:bottom w:w="90" w:type="dxa"/>
              <w:right w:w="110" w:type="dxa"/>
            </w:tcMar>
            <w:vAlign w:val="center"/>
          </w:tcPr>
          <w:p w14:paraId="7C6637D6" w14:textId="77777777" w:rsidR="003F235A" w:rsidRDefault="003F235A" w:rsidP="009222C3">
            <w:pPr>
              <w:jc w:val="center"/>
            </w:pPr>
          </w:p>
        </w:tc>
        <w:tc>
          <w:tcPr>
            <w:tcW w:w="1663" w:type="dxa"/>
            <w:vMerge/>
            <w:tcMar>
              <w:top w:w="90" w:type="dxa"/>
              <w:left w:w="110" w:type="dxa"/>
              <w:bottom w:w="90" w:type="dxa"/>
              <w:right w:w="110" w:type="dxa"/>
            </w:tcMar>
            <w:vAlign w:val="center"/>
          </w:tcPr>
          <w:p w14:paraId="7878F62A" w14:textId="77777777" w:rsidR="003F235A" w:rsidRDefault="003F235A" w:rsidP="009222C3"/>
        </w:tc>
        <w:tc>
          <w:tcPr>
            <w:tcW w:w="5875" w:type="dxa"/>
            <w:tcMar>
              <w:top w:w="90" w:type="dxa"/>
              <w:left w:w="110" w:type="dxa"/>
              <w:bottom w:w="90" w:type="dxa"/>
              <w:right w:w="110" w:type="dxa"/>
            </w:tcMar>
            <w:vAlign w:val="center"/>
          </w:tcPr>
          <w:p w14:paraId="538898FA" w14:textId="77777777" w:rsidR="003F235A" w:rsidRDefault="003F235A" w:rsidP="009222C3">
            <w:pPr>
              <w:rPr>
                <w:lang w:eastAsia="zh-TW"/>
              </w:rPr>
            </w:pPr>
            <w:r>
              <w:rPr>
                <w:sz w:val="16"/>
                <w:lang w:eastAsia="zh-TW"/>
              </w:rPr>
              <w:t>LED底台結構約630×180×高120 cm</w:t>
            </w:r>
          </w:p>
        </w:tc>
        <w:tc>
          <w:tcPr>
            <w:tcW w:w="1285" w:type="dxa"/>
            <w:tcMar>
              <w:top w:w="90" w:type="dxa"/>
              <w:left w:w="110" w:type="dxa"/>
              <w:bottom w:w="90" w:type="dxa"/>
              <w:right w:w="110" w:type="dxa"/>
            </w:tcMar>
            <w:vAlign w:val="center"/>
          </w:tcPr>
          <w:p w14:paraId="3A618211" w14:textId="77777777" w:rsidR="003F235A" w:rsidRDefault="003F235A" w:rsidP="009222C3">
            <w:pPr>
              <w:jc w:val="center"/>
            </w:pPr>
            <w:r>
              <w:rPr>
                <w:sz w:val="16"/>
              </w:rPr>
              <w:t>1式</w:t>
            </w:r>
          </w:p>
        </w:tc>
      </w:tr>
    </w:tbl>
    <w:p w14:paraId="6AFDE6AE" w14:textId="77777777" w:rsidR="00322AF6" w:rsidRDefault="00000000">
      <w:pPr>
        <w:pStyle w:val="af"/>
        <w:rPr>
          <w:lang w:eastAsia="zh-TW"/>
        </w:rPr>
      </w:pPr>
      <w:r>
        <w:rPr>
          <w:lang w:eastAsia="zh-TW"/>
        </w:rPr>
        <w:lastRenderedPageBreak/>
        <w:t>備註：上列品牌或型號係供品質及功能需求參考，廠商得提供同等品或優於所列規格之產品，並應於投標文件中檢附規格比較表、型錄或其他證明資料供本會審查。</w:t>
      </w:r>
    </w:p>
    <w:p w14:paraId="53427183" w14:textId="77777777" w:rsidR="00322AF6" w:rsidRDefault="00000000">
      <w:pPr>
        <w:pStyle w:val="1"/>
        <w:rPr>
          <w:lang w:eastAsia="zh-TW"/>
        </w:rPr>
      </w:pPr>
      <w:r>
        <w:rPr>
          <w:lang w:eastAsia="zh-TW"/>
        </w:rPr>
        <w:t>參、履約工作及其他注意事項</w:t>
      </w:r>
    </w:p>
    <w:p w14:paraId="37099731" w14:textId="77777777" w:rsidR="00322AF6" w:rsidRDefault="00000000">
      <w:pPr>
        <w:pStyle w:val="af"/>
        <w:rPr>
          <w:lang w:eastAsia="zh-TW"/>
        </w:rPr>
      </w:pPr>
      <w:r>
        <w:rPr>
          <w:lang w:eastAsia="zh-TW"/>
        </w:rPr>
        <w:t>一、得標廠商應依本會指定之時間、地點及需求，辦理音響、燈光、網路資訊設備、LED電視牆、發電機、辦公設備、家具及其他器材之運送、進場、安裝、設定、測試、彩排、操作、維護、拆除、清運及場地復原等工作。</w:t>
      </w:r>
    </w:p>
    <w:p w14:paraId="05F9FC29" w14:textId="77777777" w:rsidR="00322AF6" w:rsidRDefault="00000000">
      <w:pPr>
        <w:pStyle w:val="af"/>
        <w:rPr>
          <w:lang w:eastAsia="zh-TW"/>
        </w:rPr>
      </w:pPr>
      <w:r>
        <w:rPr>
          <w:lang w:eastAsia="zh-TW"/>
        </w:rPr>
        <w:t>二、得標廠商應於正式啟用前完成各項設備安裝、網路連線、訊號測試及系統整合，並配合本會、場館管理單位、轉播單位、鷹眼系統廠商及其他相關單位辦理聯合測試。</w:t>
      </w:r>
    </w:p>
    <w:p w14:paraId="624B5DB3" w14:textId="77777777" w:rsidR="00322AF6" w:rsidRDefault="00000000">
      <w:pPr>
        <w:pStyle w:val="af"/>
        <w:rPr>
          <w:lang w:eastAsia="zh-TW"/>
        </w:rPr>
      </w:pPr>
      <w:r>
        <w:rPr>
          <w:lang w:eastAsia="zh-TW"/>
        </w:rPr>
        <w:t>三、活動期間，得標廠商應依需求配置足額且具專業能力之音控、燈光、影像、網路及電力技術人員留守；遇有設備故障、網路中斷或其他異常情形，應立即排除或提供同等級以上之替代設備。</w:t>
      </w:r>
    </w:p>
    <w:p w14:paraId="00568DB3" w14:textId="77777777" w:rsidR="00322AF6" w:rsidRDefault="00000000">
      <w:pPr>
        <w:pStyle w:val="af"/>
        <w:rPr>
          <w:lang w:eastAsia="zh-TW"/>
        </w:rPr>
      </w:pPr>
      <w:r>
        <w:rPr>
          <w:lang w:eastAsia="zh-TW"/>
        </w:rPr>
        <w:t>四、得標廠商應就重要設備及網路服務建立備援機制。如發生設備故障或線路中斷，應於本會指定期限內恢復正常運作，不得影響賽事、轉播、鷹眼、即時比分、媒體或行政作業。</w:t>
      </w:r>
    </w:p>
    <w:p w14:paraId="1386AE33" w14:textId="77777777" w:rsidR="00322AF6" w:rsidRDefault="00000000">
      <w:pPr>
        <w:pStyle w:val="af"/>
        <w:rPr>
          <w:lang w:eastAsia="zh-TW"/>
        </w:rPr>
      </w:pPr>
      <w:r>
        <w:rPr>
          <w:lang w:eastAsia="zh-TW"/>
        </w:rPr>
        <w:t>五、得標廠商應負責施工及活動期間之安全維護，並確保各項設備、線材、電力設施、電視牆、燈架及相關結構固定穩妥；線材通過人員動線者，應</w:t>
      </w:r>
      <w:proofErr w:type="gramStart"/>
      <w:r>
        <w:rPr>
          <w:lang w:eastAsia="zh-TW"/>
        </w:rPr>
        <w:t>設置線槽</w:t>
      </w:r>
      <w:proofErr w:type="gramEnd"/>
      <w:r>
        <w:rPr>
          <w:lang w:eastAsia="zh-TW"/>
        </w:rPr>
        <w:t>、防絆措施或其他安全防護設施，不得妨礙人員通行、消防逃生及場館既有設施。</w:t>
      </w:r>
    </w:p>
    <w:p w14:paraId="30D5876A" w14:textId="77777777" w:rsidR="00322AF6" w:rsidRDefault="00000000">
      <w:pPr>
        <w:pStyle w:val="af"/>
        <w:rPr>
          <w:lang w:eastAsia="zh-TW"/>
        </w:rPr>
      </w:pPr>
      <w:r>
        <w:rPr>
          <w:lang w:eastAsia="zh-TW"/>
        </w:rPr>
        <w:t>六、發電機、配電設備及相關線路應符合電氣、消防及職業安全衛生相關規定，並配置安全圍籬、</w:t>
      </w:r>
      <w:proofErr w:type="gramStart"/>
      <w:r>
        <w:rPr>
          <w:lang w:eastAsia="zh-TW"/>
        </w:rPr>
        <w:t>線槽</w:t>
      </w:r>
      <w:proofErr w:type="gramEnd"/>
      <w:r>
        <w:rPr>
          <w:lang w:eastAsia="zh-TW"/>
        </w:rPr>
        <w:t>、滅火器及其他必要安全設備；設備操作及油料管理應由具專業能力之人員負責。</w:t>
      </w:r>
    </w:p>
    <w:p w14:paraId="0AB8A7C9" w14:textId="77777777" w:rsidR="00322AF6" w:rsidRDefault="00000000">
      <w:pPr>
        <w:pStyle w:val="af"/>
        <w:rPr>
          <w:lang w:eastAsia="zh-TW"/>
        </w:rPr>
      </w:pPr>
      <w:r>
        <w:rPr>
          <w:lang w:eastAsia="zh-TW"/>
        </w:rPr>
        <w:t>七、各項租賃設備交付使用時，應功能正常、外觀完整並符合本需求規範。活動期間如有故障、毀損或無法正常使用之情形，得標廠商應立即維修或更換同等級以上設備。</w:t>
      </w:r>
    </w:p>
    <w:p w14:paraId="69099180" w14:textId="77777777" w:rsidR="00322AF6" w:rsidRDefault="00000000">
      <w:pPr>
        <w:pStyle w:val="af"/>
        <w:rPr>
          <w:lang w:eastAsia="zh-TW"/>
        </w:rPr>
      </w:pPr>
      <w:r>
        <w:rPr>
          <w:lang w:eastAsia="zh-TW"/>
        </w:rPr>
        <w:t>八、得標廠商應負責進場、施工、活動及撤場期間之環境清潔、包材處理及廢棄物清運，</w:t>
      </w:r>
      <w:proofErr w:type="gramStart"/>
      <w:r>
        <w:rPr>
          <w:lang w:eastAsia="zh-TW"/>
        </w:rPr>
        <w:t>並於撤場</w:t>
      </w:r>
      <w:proofErr w:type="gramEnd"/>
      <w:r>
        <w:rPr>
          <w:lang w:eastAsia="zh-TW"/>
        </w:rPr>
        <w:t>後完成場地復原；如有損壞場館設施，應負責修復或賠償。</w:t>
      </w:r>
    </w:p>
    <w:p w14:paraId="2F1FC048" w14:textId="77777777" w:rsidR="00322AF6" w:rsidRDefault="00000000">
      <w:pPr>
        <w:pStyle w:val="af"/>
        <w:rPr>
          <w:lang w:eastAsia="zh-TW"/>
        </w:rPr>
      </w:pPr>
      <w:r>
        <w:rPr>
          <w:lang w:eastAsia="zh-TW"/>
        </w:rPr>
        <w:t>九、得標廠商應配合本會及場館管理單位之進場、施工、用電、安全、消防、撤場及相關管理規定。</w:t>
      </w:r>
    </w:p>
    <w:p w14:paraId="70204965" w14:textId="77777777" w:rsidR="00322AF6" w:rsidRDefault="00000000">
      <w:pPr>
        <w:pStyle w:val="af"/>
        <w:rPr>
          <w:lang w:eastAsia="zh-TW"/>
        </w:rPr>
      </w:pPr>
      <w:r>
        <w:rPr>
          <w:lang w:eastAsia="zh-TW"/>
        </w:rPr>
        <w:t>十、規格表所列數量、位置或尺寸，如因現場實際狀況需調整，應先報經本會同意後辦理，不得逕行變更。</w:t>
      </w:r>
    </w:p>
    <w:p w14:paraId="21AC8D39" w14:textId="77777777" w:rsidR="00322AF6" w:rsidRDefault="00000000">
      <w:pPr>
        <w:pStyle w:val="af"/>
        <w:rPr>
          <w:lang w:eastAsia="zh-TW"/>
        </w:rPr>
      </w:pPr>
      <w:r>
        <w:rPr>
          <w:lang w:eastAsia="zh-TW"/>
        </w:rPr>
        <w:t>十一、各項設備之實際設置位置及網路架構，應依本會核定之配置方式辦理；未經本會同意，不得任意移動、拆卸或變更設定。</w:t>
      </w:r>
    </w:p>
    <w:p w14:paraId="73B27BFA" w14:textId="77777777" w:rsidR="00322AF6" w:rsidRDefault="00000000">
      <w:pPr>
        <w:pStyle w:val="af"/>
        <w:rPr>
          <w:lang w:eastAsia="zh-TW"/>
        </w:rPr>
      </w:pPr>
      <w:r>
        <w:rPr>
          <w:lang w:eastAsia="zh-TW"/>
        </w:rPr>
        <w:t>十二、其他未盡事宜，由雙方在不增加契約</w:t>
      </w:r>
      <w:proofErr w:type="gramStart"/>
      <w:r>
        <w:rPr>
          <w:lang w:eastAsia="zh-TW"/>
        </w:rPr>
        <w:t>價金且不</w:t>
      </w:r>
      <w:proofErr w:type="gramEnd"/>
      <w:r>
        <w:rPr>
          <w:lang w:eastAsia="zh-TW"/>
        </w:rPr>
        <w:t>變更採購目的之前提下協議辦理。</w:t>
      </w:r>
    </w:p>
    <w:p w14:paraId="214B0F79" w14:textId="77777777" w:rsidR="00322AF6" w:rsidRDefault="00000000">
      <w:pPr>
        <w:pStyle w:val="1"/>
        <w:rPr>
          <w:lang w:eastAsia="zh-TW"/>
        </w:rPr>
      </w:pPr>
      <w:r>
        <w:rPr>
          <w:lang w:eastAsia="zh-TW"/>
        </w:rPr>
        <w:t>肆、履約期間</w:t>
      </w:r>
    </w:p>
    <w:p w14:paraId="579D4CED" w14:textId="77777777" w:rsidR="00322AF6" w:rsidRDefault="00000000">
      <w:pPr>
        <w:pStyle w:val="af"/>
        <w:rPr>
          <w:lang w:eastAsia="zh-TW"/>
        </w:rPr>
      </w:pPr>
      <w:r>
        <w:rPr>
          <w:lang w:eastAsia="zh-TW"/>
        </w:rPr>
        <w:t>自決標翌日起至115年9月20日止。得標廠商應依本會通知之進場、安裝、測試、彩排、活動、維護及撤場時程辦理，並於指定期限內完成各項工作及場地復原。</w:t>
      </w:r>
    </w:p>
    <w:p w14:paraId="489D143C" w14:textId="77777777" w:rsidR="00322AF6" w:rsidRDefault="00000000">
      <w:pPr>
        <w:pStyle w:val="1"/>
        <w:rPr>
          <w:lang w:eastAsia="zh-TW"/>
        </w:rPr>
      </w:pPr>
      <w:r>
        <w:rPr>
          <w:lang w:eastAsia="zh-TW"/>
        </w:rPr>
        <w:lastRenderedPageBreak/>
        <w:t>伍、預算金額</w:t>
      </w:r>
    </w:p>
    <w:p w14:paraId="4D1E3077" w14:textId="77777777" w:rsidR="00322AF6" w:rsidRDefault="00000000">
      <w:pPr>
        <w:pStyle w:val="af"/>
        <w:rPr>
          <w:lang w:eastAsia="zh-TW"/>
        </w:rPr>
      </w:pPr>
      <w:r>
        <w:rPr>
          <w:lang w:eastAsia="zh-TW"/>
        </w:rPr>
        <w:t>新臺幣1,140,283元整（含稅）。投標總價不得超過本案預算金額，超過者為不合格標。</w:t>
      </w:r>
    </w:p>
    <w:p w14:paraId="1A3629F0" w14:textId="77777777" w:rsidR="00322AF6" w:rsidRDefault="00000000">
      <w:pPr>
        <w:pStyle w:val="1"/>
        <w:rPr>
          <w:lang w:eastAsia="zh-TW"/>
        </w:rPr>
      </w:pPr>
      <w:r>
        <w:rPr>
          <w:lang w:eastAsia="zh-TW"/>
        </w:rPr>
        <w:t>陸、投標廠商資格</w:t>
      </w:r>
    </w:p>
    <w:p w14:paraId="2AF39476" w14:textId="77777777" w:rsidR="00322AF6" w:rsidRDefault="00000000">
      <w:pPr>
        <w:pStyle w:val="af"/>
        <w:rPr>
          <w:lang w:eastAsia="zh-TW"/>
        </w:rPr>
      </w:pPr>
      <w:r>
        <w:rPr>
          <w:lang w:eastAsia="zh-TW"/>
        </w:rPr>
        <w:t>依法登記或設立，且營業項目與本採購標的相關之公司、有限合夥、行號或其他依法成立之法人、機構或團體，並應檢附下列文件：</w:t>
      </w:r>
    </w:p>
    <w:p w14:paraId="5D933627" w14:textId="77777777" w:rsidR="00322AF6" w:rsidRDefault="00000000">
      <w:pPr>
        <w:pStyle w:val="af"/>
        <w:rPr>
          <w:lang w:eastAsia="zh-TW"/>
        </w:rPr>
      </w:pPr>
      <w:r>
        <w:rPr>
          <w:lang w:eastAsia="zh-TW"/>
        </w:rPr>
        <w:t>一、廠商登記或設立證明文件。</w:t>
      </w:r>
    </w:p>
    <w:p w14:paraId="7391545A" w14:textId="77777777" w:rsidR="00322AF6" w:rsidRDefault="00000000">
      <w:pPr>
        <w:pStyle w:val="af"/>
        <w:rPr>
          <w:lang w:eastAsia="zh-TW"/>
        </w:rPr>
      </w:pPr>
      <w:r>
        <w:rPr>
          <w:lang w:eastAsia="zh-TW"/>
        </w:rPr>
        <w:t>二、最近一期或前一期納稅證明文件。</w:t>
      </w:r>
    </w:p>
    <w:p w14:paraId="295DE6E6" w14:textId="77777777" w:rsidR="00322AF6" w:rsidRDefault="00000000">
      <w:pPr>
        <w:pStyle w:val="af"/>
        <w:rPr>
          <w:lang w:eastAsia="zh-TW"/>
        </w:rPr>
      </w:pPr>
      <w:r>
        <w:rPr>
          <w:lang w:eastAsia="zh-TW"/>
        </w:rPr>
        <w:t>三、信用證明文件。</w:t>
      </w:r>
    </w:p>
    <w:p w14:paraId="126FD61B" w14:textId="77777777" w:rsidR="00322AF6" w:rsidRDefault="00000000">
      <w:pPr>
        <w:pStyle w:val="af"/>
        <w:rPr>
          <w:lang w:eastAsia="zh-TW"/>
        </w:rPr>
      </w:pPr>
      <w:r>
        <w:rPr>
          <w:lang w:eastAsia="zh-TW"/>
        </w:rPr>
        <w:t>四、招標文件規定之其他資格證明文件。</w:t>
      </w:r>
    </w:p>
    <w:p w14:paraId="67758766" w14:textId="77777777" w:rsidR="00322AF6" w:rsidRDefault="00000000">
      <w:pPr>
        <w:pStyle w:val="af"/>
        <w:rPr>
          <w:lang w:eastAsia="zh-TW"/>
        </w:rPr>
      </w:pPr>
      <w:r>
        <w:rPr>
          <w:lang w:eastAsia="zh-TW"/>
        </w:rPr>
        <w:t>前述證明文件得以目的事業主管機關網站公開資料代之者，依招標文件規定辦理。</w:t>
      </w:r>
    </w:p>
    <w:p w14:paraId="22D839BC" w14:textId="77777777" w:rsidR="00322AF6" w:rsidRDefault="00000000">
      <w:pPr>
        <w:pStyle w:val="1"/>
        <w:rPr>
          <w:lang w:eastAsia="zh-TW"/>
        </w:rPr>
      </w:pPr>
      <w:proofErr w:type="gramStart"/>
      <w:r>
        <w:rPr>
          <w:lang w:eastAsia="zh-TW"/>
        </w:rPr>
        <w:t>柒</w:t>
      </w:r>
      <w:proofErr w:type="gramEnd"/>
      <w:r>
        <w:rPr>
          <w:lang w:eastAsia="zh-TW"/>
        </w:rPr>
        <w:t>、付款方式及驗收</w:t>
      </w:r>
    </w:p>
    <w:p w14:paraId="5C2BA76E" w14:textId="77777777" w:rsidR="00322AF6" w:rsidRDefault="00000000">
      <w:pPr>
        <w:pStyle w:val="af"/>
        <w:rPr>
          <w:lang w:eastAsia="zh-TW"/>
        </w:rPr>
      </w:pPr>
      <w:r>
        <w:rPr>
          <w:lang w:eastAsia="zh-TW"/>
        </w:rPr>
        <w:t>一、初驗及測試：得標廠商應於本會指定期限內完成各項設備進場、安裝、設定及測試，由本會依本需求規範、設備清單及核定配置辦理查驗；如有缺失，應於本會指定期限內完成改善。</w:t>
      </w:r>
    </w:p>
    <w:p w14:paraId="11C30167" w14:textId="77777777" w:rsidR="00322AF6" w:rsidRDefault="00000000">
      <w:pPr>
        <w:pStyle w:val="af"/>
        <w:rPr>
          <w:lang w:eastAsia="zh-TW"/>
        </w:rPr>
      </w:pPr>
      <w:r>
        <w:rPr>
          <w:lang w:eastAsia="zh-TW"/>
        </w:rPr>
        <w:t>二、活動期間查驗：活動期間各項設備、網路、音響、燈光、影像及電力系統應持續維持正常運作。因設備故障或服務中斷而影響賽事、轉播或行政作業者，本會得要求得標廠商立即改善、更換設備或啟用備援系統。</w:t>
      </w:r>
    </w:p>
    <w:p w14:paraId="0119891D" w14:textId="77777777" w:rsidR="00322AF6" w:rsidRDefault="00000000">
      <w:pPr>
        <w:pStyle w:val="af"/>
        <w:rPr>
          <w:lang w:eastAsia="zh-TW"/>
        </w:rPr>
      </w:pPr>
      <w:r>
        <w:rPr>
          <w:lang w:eastAsia="zh-TW"/>
        </w:rPr>
        <w:t>三、正式驗收：得標廠商完成活動期間之設備操作與維護，並完成撤場、清運及場地復原後，由本會依契約及本需求規範辦理驗收。</w:t>
      </w:r>
    </w:p>
    <w:p w14:paraId="4BADD5F5" w14:textId="77777777" w:rsidR="00322AF6" w:rsidRDefault="00000000">
      <w:pPr>
        <w:pStyle w:val="af"/>
        <w:rPr>
          <w:lang w:eastAsia="zh-TW"/>
        </w:rPr>
      </w:pPr>
      <w:r>
        <w:rPr>
          <w:lang w:eastAsia="zh-TW"/>
        </w:rPr>
        <w:t>四、付款方式：本案經驗收合格後，得標廠商應檢具合法發票或收據及本會要求之相關文件，向本會申請一次結算付款。本會於文件備齊並確認無誤後，以匯款方式支付契約價金。</w:t>
      </w:r>
    </w:p>
    <w:p w14:paraId="66F5E93A" w14:textId="77777777" w:rsidR="00322AF6" w:rsidRDefault="00000000">
      <w:pPr>
        <w:pStyle w:val="af"/>
        <w:rPr>
          <w:lang w:eastAsia="zh-TW"/>
        </w:rPr>
      </w:pPr>
      <w:r>
        <w:rPr>
          <w:lang w:eastAsia="zh-TW"/>
        </w:rPr>
        <w:t>五、得標廠商未依契約或本會通知期限完成工作者，每逾期1日，按契約價金總額千分之一計收逾期違約金。</w:t>
      </w:r>
    </w:p>
    <w:p w14:paraId="0301377B" w14:textId="77777777" w:rsidR="00322AF6" w:rsidRDefault="00000000">
      <w:pPr>
        <w:pStyle w:val="af"/>
        <w:rPr>
          <w:lang w:eastAsia="zh-TW"/>
        </w:rPr>
      </w:pPr>
      <w:r>
        <w:rPr>
          <w:lang w:eastAsia="zh-TW"/>
        </w:rPr>
        <w:t>六、履約成果經查有缺失者，本會得通知得標廠商限期改善；逾期未改善或改善後仍不符合契約規定者，本會得</w:t>
      </w:r>
      <w:proofErr w:type="gramStart"/>
      <w:r>
        <w:rPr>
          <w:lang w:eastAsia="zh-TW"/>
        </w:rPr>
        <w:t>按次計收</w:t>
      </w:r>
      <w:proofErr w:type="gramEnd"/>
      <w:r>
        <w:rPr>
          <w:lang w:eastAsia="zh-TW"/>
        </w:rPr>
        <w:t>契約價金總額千分之一之懲罰性違約金，並得自應付款項中扣抵。</w:t>
      </w:r>
    </w:p>
    <w:p w14:paraId="60BA2241" w14:textId="77777777" w:rsidR="00322AF6" w:rsidRDefault="00000000">
      <w:pPr>
        <w:pStyle w:val="af"/>
        <w:rPr>
          <w:lang w:eastAsia="zh-TW"/>
        </w:rPr>
      </w:pPr>
      <w:r>
        <w:rPr>
          <w:lang w:eastAsia="zh-TW"/>
        </w:rPr>
        <w:t>七、逾期違約金及懲罰性違約金合計，以契約價金總額百分之二十為上限。</w:t>
      </w:r>
    </w:p>
    <w:p w14:paraId="5FC0F6C6" w14:textId="77777777" w:rsidR="00322AF6" w:rsidRDefault="00000000">
      <w:pPr>
        <w:pStyle w:val="1"/>
        <w:rPr>
          <w:lang w:eastAsia="zh-TW"/>
        </w:rPr>
      </w:pPr>
      <w:r>
        <w:rPr>
          <w:lang w:eastAsia="zh-TW"/>
        </w:rPr>
        <w:t>捌、投標廠商評審基準及方式</w:t>
      </w:r>
    </w:p>
    <w:p w14:paraId="08C7EEA3" w14:textId="77777777" w:rsidR="00322AF6" w:rsidRDefault="00000000">
      <w:pPr>
        <w:pStyle w:val="af"/>
        <w:rPr>
          <w:lang w:eastAsia="zh-TW"/>
        </w:rPr>
      </w:pPr>
      <w:r>
        <w:rPr>
          <w:lang w:eastAsia="zh-TW"/>
        </w:rPr>
        <w:t>一、本案成立評審小組，並參考採購評選委員會組織準則、採購評選委員會審議規則及最有利標評選辦法辦理評審。</w:t>
      </w:r>
    </w:p>
    <w:p w14:paraId="791A9B7C" w14:textId="77777777" w:rsidR="00322AF6" w:rsidRDefault="00000000">
      <w:pPr>
        <w:pStyle w:val="af"/>
        <w:rPr>
          <w:lang w:eastAsia="zh-TW"/>
        </w:rPr>
      </w:pPr>
      <w:r>
        <w:rPr>
          <w:lang w:eastAsia="zh-TW"/>
        </w:rPr>
        <w:t>二、評審作業：</w:t>
      </w:r>
    </w:p>
    <w:p w14:paraId="0CCBCDB3" w14:textId="77777777" w:rsidR="00322AF6" w:rsidRDefault="00000000">
      <w:pPr>
        <w:pStyle w:val="af"/>
        <w:rPr>
          <w:lang w:eastAsia="zh-TW"/>
        </w:rPr>
      </w:pPr>
      <w:r>
        <w:rPr>
          <w:lang w:eastAsia="zh-TW"/>
        </w:rPr>
        <w:t>（一）投標文件經審查符合招標文件規定者，始得列為受評廠商。</w:t>
      </w:r>
    </w:p>
    <w:p w14:paraId="019F0401" w14:textId="77777777" w:rsidR="00322AF6" w:rsidRDefault="00000000">
      <w:pPr>
        <w:pStyle w:val="af"/>
        <w:rPr>
          <w:lang w:eastAsia="zh-TW"/>
        </w:rPr>
      </w:pPr>
      <w:r>
        <w:rPr>
          <w:lang w:eastAsia="zh-TW"/>
        </w:rPr>
        <w:lastRenderedPageBreak/>
        <w:t>（二）受評廠商應進行簡報並接受評審委員</w:t>
      </w:r>
      <w:proofErr w:type="gramStart"/>
      <w:r>
        <w:rPr>
          <w:lang w:eastAsia="zh-TW"/>
        </w:rPr>
        <w:t>詢</w:t>
      </w:r>
      <w:proofErr w:type="gramEnd"/>
      <w:r>
        <w:rPr>
          <w:lang w:eastAsia="zh-TW"/>
        </w:rPr>
        <w:t>答，</w:t>
      </w:r>
      <w:proofErr w:type="gramStart"/>
      <w:r>
        <w:rPr>
          <w:lang w:eastAsia="zh-TW"/>
        </w:rPr>
        <w:t>採統問統答</w:t>
      </w:r>
      <w:proofErr w:type="gramEnd"/>
      <w:r>
        <w:rPr>
          <w:lang w:eastAsia="zh-TW"/>
        </w:rPr>
        <w:t>方式計時。簡報時間為10分鐘，答</w:t>
      </w:r>
      <w:proofErr w:type="gramStart"/>
      <w:r>
        <w:rPr>
          <w:lang w:eastAsia="zh-TW"/>
        </w:rPr>
        <w:t>詢</w:t>
      </w:r>
      <w:proofErr w:type="gramEnd"/>
      <w:r>
        <w:rPr>
          <w:lang w:eastAsia="zh-TW"/>
        </w:rPr>
        <w:t>時間以5分鐘為原則；受評廠商達5家以上者，簡報時間為7分鐘，答</w:t>
      </w:r>
      <w:proofErr w:type="gramStart"/>
      <w:r>
        <w:rPr>
          <w:lang w:eastAsia="zh-TW"/>
        </w:rPr>
        <w:t>詢</w:t>
      </w:r>
      <w:proofErr w:type="gramEnd"/>
      <w:r>
        <w:rPr>
          <w:lang w:eastAsia="zh-TW"/>
        </w:rPr>
        <w:t>時間以3分鐘為原則。</w:t>
      </w:r>
    </w:p>
    <w:p w14:paraId="4C6941C6" w14:textId="77777777" w:rsidR="00322AF6" w:rsidRDefault="00000000">
      <w:pPr>
        <w:pStyle w:val="af"/>
        <w:rPr>
          <w:lang w:eastAsia="zh-TW"/>
        </w:rPr>
      </w:pPr>
      <w:r>
        <w:rPr>
          <w:lang w:eastAsia="zh-TW"/>
        </w:rPr>
        <w:t>（三）受評廠商應指派本案負責人或主要工作人員出席簡報；簡報順序於評審會議開始前抽籤決定。</w:t>
      </w:r>
    </w:p>
    <w:p w14:paraId="7D0D3799" w14:textId="77777777" w:rsidR="00322AF6" w:rsidRDefault="00000000">
      <w:pPr>
        <w:pStyle w:val="af"/>
        <w:rPr>
          <w:lang w:eastAsia="zh-TW"/>
        </w:rPr>
      </w:pPr>
      <w:r>
        <w:rPr>
          <w:lang w:eastAsia="zh-TW"/>
        </w:rPr>
        <w:t>（四）各受評廠商出席簡報人數不得超過2人；輪由特定廠商簡報時，其他廠商應先行退場。</w:t>
      </w:r>
    </w:p>
    <w:p w14:paraId="7F1AD8BF" w14:textId="77777777" w:rsidR="00322AF6" w:rsidRDefault="00000000">
      <w:pPr>
        <w:pStyle w:val="af"/>
        <w:rPr>
          <w:lang w:eastAsia="zh-TW"/>
        </w:rPr>
      </w:pPr>
      <w:r>
        <w:rPr>
          <w:lang w:eastAsia="zh-TW"/>
        </w:rPr>
        <w:t>（五）評審委員得就受評廠商提出之書面資料及簡報內容進行詢問，列席人員僅得就詢問事項答覆。</w:t>
      </w:r>
    </w:p>
    <w:p w14:paraId="43FA1471" w14:textId="77777777" w:rsidR="00322AF6" w:rsidRDefault="00000000">
      <w:pPr>
        <w:pStyle w:val="af"/>
        <w:rPr>
          <w:lang w:eastAsia="zh-TW"/>
        </w:rPr>
      </w:pPr>
      <w:r>
        <w:rPr>
          <w:lang w:eastAsia="zh-TW"/>
        </w:rPr>
        <w:t>（六）簡報及答</w:t>
      </w:r>
      <w:proofErr w:type="gramStart"/>
      <w:r>
        <w:rPr>
          <w:lang w:eastAsia="zh-TW"/>
        </w:rPr>
        <w:t>詢</w:t>
      </w:r>
      <w:proofErr w:type="gramEnd"/>
      <w:r>
        <w:rPr>
          <w:lang w:eastAsia="zh-TW"/>
        </w:rPr>
        <w:t>時間倒數1分鐘時按鈴1聲，</w:t>
      </w:r>
      <w:proofErr w:type="gramStart"/>
      <w:r>
        <w:rPr>
          <w:lang w:eastAsia="zh-TW"/>
        </w:rPr>
        <w:t>時間屆至時</w:t>
      </w:r>
      <w:proofErr w:type="gramEnd"/>
      <w:r>
        <w:rPr>
          <w:lang w:eastAsia="zh-TW"/>
        </w:rPr>
        <w:t>按鈴2聲，廠商應立即停止簡報或答</w:t>
      </w:r>
      <w:proofErr w:type="gramStart"/>
      <w:r>
        <w:rPr>
          <w:lang w:eastAsia="zh-TW"/>
        </w:rPr>
        <w:t>詢</w:t>
      </w:r>
      <w:proofErr w:type="gramEnd"/>
      <w:r>
        <w:rPr>
          <w:lang w:eastAsia="zh-TW"/>
        </w:rPr>
        <w:t>。</w:t>
      </w:r>
    </w:p>
    <w:p w14:paraId="6BEF1308" w14:textId="77777777" w:rsidR="00322AF6" w:rsidRDefault="00000000">
      <w:pPr>
        <w:pStyle w:val="af"/>
        <w:rPr>
          <w:lang w:eastAsia="zh-TW"/>
        </w:rPr>
      </w:pPr>
      <w:r>
        <w:rPr>
          <w:lang w:eastAsia="zh-TW"/>
        </w:rPr>
        <w:t>（七）簡報所需電腦及轉接設備由受評廠商自行準備；投影設備及</w:t>
      </w:r>
      <w:proofErr w:type="gramStart"/>
      <w:r>
        <w:rPr>
          <w:lang w:eastAsia="zh-TW"/>
        </w:rPr>
        <w:t>布幕由本</w:t>
      </w:r>
      <w:proofErr w:type="gramEnd"/>
      <w:r>
        <w:rPr>
          <w:lang w:eastAsia="zh-TW"/>
        </w:rPr>
        <w:t>會提供。如另有調整，以本會通知為</w:t>
      </w:r>
      <w:proofErr w:type="gramStart"/>
      <w:r>
        <w:rPr>
          <w:lang w:eastAsia="zh-TW"/>
        </w:rPr>
        <w:t>準</w:t>
      </w:r>
      <w:proofErr w:type="gramEnd"/>
      <w:r>
        <w:rPr>
          <w:lang w:eastAsia="zh-TW"/>
        </w:rPr>
        <w:t>。</w:t>
      </w:r>
    </w:p>
    <w:p w14:paraId="4DBA0DE5" w14:textId="77777777" w:rsidR="00322AF6" w:rsidRDefault="00000000">
      <w:pPr>
        <w:pStyle w:val="af"/>
        <w:rPr>
          <w:lang w:eastAsia="zh-TW"/>
        </w:rPr>
      </w:pPr>
      <w:r>
        <w:rPr>
          <w:lang w:eastAsia="zh-TW"/>
        </w:rPr>
        <w:t>（八）評審結果經簽報本會理事長或其授權人員核定後生效。</w:t>
      </w:r>
    </w:p>
    <w:p w14:paraId="75B3EAEC" w14:textId="77777777" w:rsidR="00322AF6" w:rsidRDefault="00000000">
      <w:pPr>
        <w:pStyle w:val="1"/>
      </w:pPr>
      <w:proofErr w:type="spellStart"/>
      <w:r>
        <w:t>玖、評審標準</w:t>
      </w:r>
      <w:proofErr w:type="spellEnd"/>
    </w:p>
    <w:tbl>
      <w:tblPr>
        <w:tblStyle w:val="aff2"/>
        <w:tblW w:w="9500" w:type="dxa"/>
        <w:jc w:val="center"/>
        <w:tblLayout w:type="fixed"/>
        <w:tblLook w:val="04A0" w:firstRow="1" w:lastRow="0" w:firstColumn="1" w:lastColumn="0" w:noHBand="0" w:noVBand="1"/>
      </w:tblPr>
      <w:tblGrid>
        <w:gridCol w:w="650"/>
        <w:gridCol w:w="1700"/>
        <w:gridCol w:w="6500"/>
        <w:gridCol w:w="650"/>
      </w:tblGrid>
      <w:tr w:rsidR="00322AF6" w14:paraId="012A5BF4" w14:textId="77777777">
        <w:trPr>
          <w:tblHeader/>
          <w:jc w:val="center"/>
        </w:trPr>
        <w:tc>
          <w:tcPr>
            <w:tcW w:w="650" w:type="dxa"/>
            <w:shd w:val="clear" w:color="auto" w:fill="D9E2F3"/>
            <w:tcMar>
              <w:top w:w="90" w:type="dxa"/>
              <w:left w:w="110" w:type="dxa"/>
              <w:bottom w:w="90" w:type="dxa"/>
              <w:right w:w="110" w:type="dxa"/>
            </w:tcMar>
            <w:vAlign w:val="center"/>
          </w:tcPr>
          <w:p w14:paraId="12484CAF" w14:textId="77777777" w:rsidR="00322AF6" w:rsidRDefault="00000000">
            <w:pPr>
              <w:jc w:val="center"/>
            </w:pPr>
            <w:proofErr w:type="spellStart"/>
            <w:r>
              <w:rPr>
                <w:b/>
                <w:sz w:val="18"/>
              </w:rPr>
              <w:t>項次</w:t>
            </w:r>
            <w:proofErr w:type="spellEnd"/>
          </w:p>
        </w:tc>
        <w:tc>
          <w:tcPr>
            <w:tcW w:w="1700" w:type="dxa"/>
            <w:shd w:val="clear" w:color="auto" w:fill="D9E2F3"/>
            <w:tcMar>
              <w:top w:w="90" w:type="dxa"/>
              <w:left w:w="110" w:type="dxa"/>
              <w:bottom w:w="90" w:type="dxa"/>
              <w:right w:w="110" w:type="dxa"/>
            </w:tcMar>
            <w:vAlign w:val="center"/>
          </w:tcPr>
          <w:p w14:paraId="7AB28D3E" w14:textId="77777777" w:rsidR="00322AF6" w:rsidRDefault="00000000">
            <w:pPr>
              <w:jc w:val="center"/>
            </w:pPr>
            <w:proofErr w:type="spellStart"/>
            <w:r>
              <w:rPr>
                <w:b/>
                <w:sz w:val="18"/>
              </w:rPr>
              <w:t>評審項目</w:t>
            </w:r>
            <w:proofErr w:type="spellEnd"/>
          </w:p>
        </w:tc>
        <w:tc>
          <w:tcPr>
            <w:tcW w:w="6500" w:type="dxa"/>
            <w:shd w:val="clear" w:color="auto" w:fill="D9E2F3"/>
            <w:tcMar>
              <w:top w:w="90" w:type="dxa"/>
              <w:left w:w="110" w:type="dxa"/>
              <w:bottom w:w="90" w:type="dxa"/>
              <w:right w:w="110" w:type="dxa"/>
            </w:tcMar>
            <w:vAlign w:val="center"/>
          </w:tcPr>
          <w:p w14:paraId="2EE18227" w14:textId="77777777" w:rsidR="00322AF6" w:rsidRDefault="00000000">
            <w:pPr>
              <w:jc w:val="center"/>
            </w:pPr>
            <w:proofErr w:type="spellStart"/>
            <w:r>
              <w:rPr>
                <w:b/>
                <w:sz w:val="18"/>
              </w:rPr>
              <w:t>評審內容</w:t>
            </w:r>
            <w:proofErr w:type="spellEnd"/>
          </w:p>
        </w:tc>
        <w:tc>
          <w:tcPr>
            <w:tcW w:w="650" w:type="dxa"/>
            <w:shd w:val="clear" w:color="auto" w:fill="D9E2F3"/>
            <w:tcMar>
              <w:top w:w="90" w:type="dxa"/>
              <w:left w:w="110" w:type="dxa"/>
              <w:bottom w:w="90" w:type="dxa"/>
              <w:right w:w="110" w:type="dxa"/>
            </w:tcMar>
            <w:vAlign w:val="center"/>
          </w:tcPr>
          <w:p w14:paraId="1C4AEB1C" w14:textId="77777777" w:rsidR="00322AF6" w:rsidRDefault="00000000">
            <w:pPr>
              <w:jc w:val="center"/>
            </w:pPr>
            <w:proofErr w:type="spellStart"/>
            <w:r>
              <w:rPr>
                <w:b/>
                <w:sz w:val="18"/>
              </w:rPr>
              <w:t>配分</w:t>
            </w:r>
            <w:proofErr w:type="spellEnd"/>
          </w:p>
        </w:tc>
      </w:tr>
      <w:tr w:rsidR="00322AF6" w14:paraId="270BFBDC" w14:textId="77777777">
        <w:trPr>
          <w:jc w:val="center"/>
        </w:trPr>
        <w:tc>
          <w:tcPr>
            <w:tcW w:w="650" w:type="dxa"/>
            <w:tcMar>
              <w:top w:w="90" w:type="dxa"/>
              <w:left w:w="110" w:type="dxa"/>
              <w:bottom w:w="90" w:type="dxa"/>
              <w:right w:w="110" w:type="dxa"/>
            </w:tcMar>
            <w:vAlign w:val="center"/>
          </w:tcPr>
          <w:p w14:paraId="51165DC1" w14:textId="77777777" w:rsidR="00322AF6" w:rsidRDefault="00000000">
            <w:pPr>
              <w:jc w:val="center"/>
            </w:pPr>
            <w:r>
              <w:rPr>
                <w:sz w:val="18"/>
              </w:rPr>
              <w:t>1</w:t>
            </w:r>
          </w:p>
        </w:tc>
        <w:tc>
          <w:tcPr>
            <w:tcW w:w="1700" w:type="dxa"/>
            <w:tcMar>
              <w:top w:w="90" w:type="dxa"/>
              <w:left w:w="110" w:type="dxa"/>
              <w:bottom w:w="90" w:type="dxa"/>
              <w:right w:w="110" w:type="dxa"/>
            </w:tcMar>
            <w:vAlign w:val="center"/>
          </w:tcPr>
          <w:p w14:paraId="6217A535" w14:textId="77777777" w:rsidR="00322AF6" w:rsidRDefault="00000000">
            <w:proofErr w:type="spellStart"/>
            <w:r>
              <w:rPr>
                <w:sz w:val="18"/>
              </w:rPr>
              <w:t>企劃書內容</w:t>
            </w:r>
            <w:proofErr w:type="spellEnd"/>
          </w:p>
        </w:tc>
        <w:tc>
          <w:tcPr>
            <w:tcW w:w="6500" w:type="dxa"/>
            <w:tcMar>
              <w:top w:w="90" w:type="dxa"/>
              <w:left w:w="110" w:type="dxa"/>
              <w:bottom w:w="90" w:type="dxa"/>
              <w:right w:w="110" w:type="dxa"/>
            </w:tcMar>
            <w:vAlign w:val="center"/>
          </w:tcPr>
          <w:p w14:paraId="4029BD5E" w14:textId="77777777" w:rsidR="00322AF6" w:rsidRDefault="00000000">
            <w:pPr>
              <w:rPr>
                <w:lang w:eastAsia="zh-TW"/>
              </w:rPr>
            </w:pPr>
            <w:r>
              <w:rPr>
                <w:sz w:val="18"/>
                <w:lang w:eastAsia="zh-TW"/>
              </w:rPr>
              <w:t>設備配置、進場及施工規劃、網路架構、系統整合、測試及彩排計畫、工作流程、預定進度、品質管理、備援機制及安全維護措施</w:t>
            </w:r>
          </w:p>
        </w:tc>
        <w:tc>
          <w:tcPr>
            <w:tcW w:w="650" w:type="dxa"/>
            <w:tcMar>
              <w:top w:w="90" w:type="dxa"/>
              <w:left w:w="110" w:type="dxa"/>
              <w:bottom w:w="90" w:type="dxa"/>
              <w:right w:w="110" w:type="dxa"/>
            </w:tcMar>
            <w:vAlign w:val="center"/>
          </w:tcPr>
          <w:p w14:paraId="1C529432" w14:textId="77777777" w:rsidR="00322AF6" w:rsidRDefault="00000000">
            <w:pPr>
              <w:jc w:val="center"/>
            </w:pPr>
            <w:r>
              <w:rPr>
                <w:sz w:val="18"/>
              </w:rPr>
              <w:t>40</w:t>
            </w:r>
          </w:p>
        </w:tc>
      </w:tr>
      <w:tr w:rsidR="00322AF6" w14:paraId="5E727F11" w14:textId="77777777">
        <w:trPr>
          <w:jc w:val="center"/>
        </w:trPr>
        <w:tc>
          <w:tcPr>
            <w:tcW w:w="650" w:type="dxa"/>
            <w:tcMar>
              <w:top w:w="90" w:type="dxa"/>
              <w:left w:w="110" w:type="dxa"/>
              <w:bottom w:w="90" w:type="dxa"/>
              <w:right w:w="110" w:type="dxa"/>
            </w:tcMar>
            <w:vAlign w:val="center"/>
          </w:tcPr>
          <w:p w14:paraId="11C9FB85" w14:textId="77777777" w:rsidR="00322AF6" w:rsidRDefault="00000000">
            <w:pPr>
              <w:jc w:val="center"/>
            </w:pPr>
            <w:r>
              <w:rPr>
                <w:sz w:val="18"/>
              </w:rPr>
              <w:t>2</w:t>
            </w:r>
          </w:p>
        </w:tc>
        <w:tc>
          <w:tcPr>
            <w:tcW w:w="1700" w:type="dxa"/>
            <w:tcMar>
              <w:top w:w="90" w:type="dxa"/>
              <w:left w:w="110" w:type="dxa"/>
              <w:bottom w:w="90" w:type="dxa"/>
              <w:right w:w="110" w:type="dxa"/>
            </w:tcMar>
            <w:vAlign w:val="center"/>
          </w:tcPr>
          <w:p w14:paraId="0CC2D391" w14:textId="77777777" w:rsidR="00322AF6" w:rsidRDefault="00000000">
            <w:proofErr w:type="spellStart"/>
            <w:r>
              <w:rPr>
                <w:sz w:val="18"/>
              </w:rPr>
              <w:t>廠商能力及經驗</w:t>
            </w:r>
            <w:proofErr w:type="spellEnd"/>
          </w:p>
        </w:tc>
        <w:tc>
          <w:tcPr>
            <w:tcW w:w="6500" w:type="dxa"/>
            <w:tcMar>
              <w:top w:w="90" w:type="dxa"/>
              <w:left w:w="110" w:type="dxa"/>
              <w:bottom w:w="90" w:type="dxa"/>
              <w:right w:w="110" w:type="dxa"/>
            </w:tcMar>
            <w:vAlign w:val="center"/>
          </w:tcPr>
          <w:p w14:paraId="293B28A2" w14:textId="77777777" w:rsidR="00322AF6" w:rsidRDefault="00000000">
            <w:pPr>
              <w:rPr>
                <w:lang w:eastAsia="zh-TW"/>
              </w:rPr>
            </w:pPr>
            <w:r>
              <w:rPr>
                <w:sz w:val="18"/>
                <w:lang w:eastAsia="zh-TW"/>
              </w:rPr>
              <w:t>公司及團隊專業能力；音響、燈光、網路資訊設備、LED電視牆或大型活動設備租賃之相關履約實績；人力及設備配置、技術整合能力、備援機制與緊急應變能力</w:t>
            </w:r>
          </w:p>
        </w:tc>
        <w:tc>
          <w:tcPr>
            <w:tcW w:w="650" w:type="dxa"/>
            <w:tcMar>
              <w:top w:w="90" w:type="dxa"/>
              <w:left w:w="110" w:type="dxa"/>
              <w:bottom w:w="90" w:type="dxa"/>
              <w:right w:w="110" w:type="dxa"/>
            </w:tcMar>
            <w:vAlign w:val="center"/>
          </w:tcPr>
          <w:p w14:paraId="5D92A937" w14:textId="77777777" w:rsidR="00322AF6" w:rsidRDefault="00000000">
            <w:pPr>
              <w:jc w:val="center"/>
            </w:pPr>
            <w:r>
              <w:rPr>
                <w:sz w:val="18"/>
              </w:rPr>
              <w:t>30</w:t>
            </w:r>
          </w:p>
        </w:tc>
      </w:tr>
      <w:tr w:rsidR="00322AF6" w14:paraId="05BB929E" w14:textId="77777777">
        <w:trPr>
          <w:jc w:val="center"/>
        </w:trPr>
        <w:tc>
          <w:tcPr>
            <w:tcW w:w="650" w:type="dxa"/>
            <w:tcMar>
              <w:top w:w="90" w:type="dxa"/>
              <w:left w:w="110" w:type="dxa"/>
              <w:bottom w:w="90" w:type="dxa"/>
              <w:right w:w="110" w:type="dxa"/>
            </w:tcMar>
            <w:vAlign w:val="center"/>
          </w:tcPr>
          <w:p w14:paraId="69819214" w14:textId="77777777" w:rsidR="00322AF6" w:rsidRDefault="00000000">
            <w:pPr>
              <w:jc w:val="center"/>
            </w:pPr>
            <w:r>
              <w:rPr>
                <w:sz w:val="18"/>
              </w:rPr>
              <w:t>3</w:t>
            </w:r>
          </w:p>
        </w:tc>
        <w:tc>
          <w:tcPr>
            <w:tcW w:w="1700" w:type="dxa"/>
            <w:tcMar>
              <w:top w:w="90" w:type="dxa"/>
              <w:left w:w="110" w:type="dxa"/>
              <w:bottom w:w="90" w:type="dxa"/>
              <w:right w:w="110" w:type="dxa"/>
            </w:tcMar>
            <w:vAlign w:val="center"/>
          </w:tcPr>
          <w:p w14:paraId="2ACE007A" w14:textId="77777777" w:rsidR="00322AF6" w:rsidRDefault="00000000">
            <w:proofErr w:type="spellStart"/>
            <w:r>
              <w:rPr>
                <w:sz w:val="18"/>
              </w:rPr>
              <w:t>經費合理性</w:t>
            </w:r>
            <w:proofErr w:type="spellEnd"/>
          </w:p>
        </w:tc>
        <w:tc>
          <w:tcPr>
            <w:tcW w:w="6500" w:type="dxa"/>
            <w:tcMar>
              <w:top w:w="90" w:type="dxa"/>
              <w:left w:w="110" w:type="dxa"/>
              <w:bottom w:w="90" w:type="dxa"/>
              <w:right w:w="110" w:type="dxa"/>
            </w:tcMar>
            <w:vAlign w:val="center"/>
          </w:tcPr>
          <w:p w14:paraId="3BF521C9" w14:textId="77777777" w:rsidR="00322AF6" w:rsidRDefault="00000000">
            <w:pPr>
              <w:rPr>
                <w:lang w:eastAsia="zh-TW"/>
              </w:rPr>
            </w:pPr>
            <w:r>
              <w:rPr>
                <w:sz w:val="18"/>
                <w:lang w:eastAsia="zh-TW"/>
              </w:rPr>
              <w:t>報價完整性、各項單價及數量編列合理性、總價與服務內容之相符程度</w:t>
            </w:r>
          </w:p>
        </w:tc>
        <w:tc>
          <w:tcPr>
            <w:tcW w:w="650" w:type="dxa"/>
            <w:tcMar>
              <w:top w:w="90" w:type="dxa"/>
              <w:left w:w="110" w:type="dxa"/>
              <w:bottom w:w="90" w:type="dxa"/>
              <w:right w:w="110" w:type="dxa"/>
            </w:tcMar>
            <w:vAlign w:val="center"/>
          </w:tcPr>
          <w:p w14:paraId="461DF137" w14:textId="77777777" w:rsidR="00322AF6" w:rsidRDefault="00000000">
            <w:pPr>
              <w:jc w:val="center"/>
            </w:pPr>
            <w:r>
              <w:rPr>
                <w:sz w:val="18"/>
              </w:rPr>
              <w:t>20</w:t>
            </w:r>
          </w:p>
        </w:tc>
      </w:tr>
      <w:tr w:rsidR="00322AF6" w14:paraId="18C84128" w14:textId="77777777">
        <w:trPr>
          <w:jc w:val="center"/>
        </w:trPr>
        <w:tc>
          <w:tcPr>
            <w:tcW w:w="650" w:type="dxa"/>
            <w:tcMar>
              <w:top w:w="90" w:type="dxa"/>
              <w:left w:w="110" w:type="dxa"/>
              <w:bottom w:w="90" w:type="dxa"/>
              <w:right w:w="110" w:type="dxa"/>
            </w:tcMar>
            <w:vAlign w:val="center"/>
          </w:tcPr>
          <w:p w14:paraId="07F45D64" w14:textId="77777777" w:rsidR="00322AF6" w:rsidRDefault="00000000">
            <w:pPr>
              <w:jc w:val="center"/>
            </w:pPr>
            <w:r>
              <w:rPr>
                <w:sz w:val="18"/>
              </w:rPr>
              <w:t>4</w:t>
            </w:r>
          </w:p>
        </w:tc>
        <w:tc>
          <w:tcPr>
            <w:tcW w:w="1700" w:type="dxa"/>
            <w:tcMar>
              <w:top w:w="90" w:type="dxa"/>
              <w:left w:w="110" w:type="dxa"/>
              <w:bottom w:w="90" w:type="dxa"/>
              <w:right w:w="110" w:type="dxa"/>
            </w:tcMar>
            <w:vAlign w:val="center"/>
          </w:tcPr>
          <w:p w14:paraId="44AF7C53" w14:textId="77777777" w:rsidR="00322AF6" w:rsidRDefault="00000000">
            <w:proofErr w:type="spellStart"/>
            <w:r>
              <w:rPr>
                <w:sz w:val="18"/>
              </w:rPr>
              <w:t>簡報及答詢</w:t>
            </w:r>
            <w:proofErr w:type="spellEnd"/>
          </w:p>
        </w:tc>
        <w:tc>
          <w:tcPr>
            <w:tcW w:w="6500" w:type="dxa"/>
            <w:tcMar>
              <w:top w:w="90" w:type="dxa"/>
              <w:left w:w="110" w:type="dxa"/>
              <w:bottom w:w="90" w:type="dxa"/>
              <w:right w:w="110" w:type="dxa"/>
            </w:tcMar>
            <w:vAlign w:val="center"/>
          </w:tcPr>
          <w:p w14:paraId="1B41626F" w14:textId="77777777" w:rsidR="00322AF6" w:rsidRDefault="00000000">
            <w:pPr>
              <w:rPr>
                <w:lang w:eastAsia="zh-TW"/>
              </w:rPr>
            </w:pPr>
            <w:r>
              <w:rPr>
                <w:sz w:val="18"/>
                <w:lang w:eastAsia="zh-TW"/>
              </w:rPr>
              <w:t>簡報內容完整性、對本案需求之掌握程度及答</w:t>
            </w:r>
            <w:proofErr w:type="gramStart"/>
            <w:r>
              <w:rPr>
                <w:sz w:val="18"/>
                <w:lang w:eastAsia="zh-TW"/>
              </w:rPr>
              <w:t>詢</w:t>
            </w:r>
            <w:proofErr w:type="gramEnd"/>
            <w:r>
              <w:rPr>
                <w:sz w:val="18"/>
                <w:lang w:eastAsia="zh-TW"/>
              </w:rPr>
              <w:t>明確性</w:t>
            </w:r>
          </w:p>
        </w:tc>
        <w:tc>
          <w:tcPr>
            <w:tcW w:w="650" w:type="dxa"/>
            <w:tcMar>
              <w:top w:w="90" w:type="dxa"/>
              <w:left w:w="110" w:type="dxa"/>
              <w:bottom w:w="90" w:type="dxa"/>
              <w:right w:w="110" w:type="dxa"/>
            </w:tcMar>
            <w:vAlign w:val="center"/>
          </w:tcPr>
          <w:p w14:paraId="3669ED7A" w14:textId="77777777" w:rsidR="00322AF6" w:rsidRDefault="00000000">
            <w:pPr>
              <w:jc w:val="center"/>
            </w:pPr>
            <w:r>
              <w:rPr>
                <w:sz w:val="18"/>
              </w:rPr>
              <w:t>10</w:t>
            </w:r>
          </w:p>
        </w:tc>
      </w:tr>
    </w:tbl>
    <w:p w14:paraId="55785B38" w14:textId="77777777" w:rsidR="00322AF6" w:rsidRDefault="00000000">
      <w:pPr>
        <w:pStyle w:val="af"/>
      </w:pPr>
      <w:r>
        <w:t>合計：100分。</w:t>
      </w:r>
    </w:p>
    <w:p w14:paraId="05505C52" w14:textId="77777777" w:rsidR="00322AF6" w:rsidRDefault="00000000">
      <w:pPr>
        <w:pStyle w:val="1"/>
      </w:pPr>
      <w:proofErr w:type="spellStart"/>
      <w:r>
        <w:t>拾、優勝廠商評定方式</w:t>
      </w:r>
      <w:proofErr w:type="spellEnd"/>
    </w:p>
    <w:p w14:paraId="76F27B9F" w14:textId="77777777" w:rsidR="00322AF6" w:rsidRDefault="00000000">
      <w:pPr>
        <w:pStyle w:val="af"/>
        <w:rPr>
          <w:lang w:eastAsia="zh-TW"/>
        </w:rPr>
      </w:pPr>
      <w:r>
        <w:rPr>
          <w:lang w:eastAsia="zh-TW"/>
        </w:rPr>
        <w:t>一、本案</w:t>
      </w:r>
      <w:proofErr w:type="gramStart"/>
      <w:r>
        <w:rPr>
          <w:lang w:eastAsia="zh-TW"/>
        </w:rPr>
        <w:t>採</w:t>
      </w:r>
      <w:proofErr w:type="gramEnd"/>
      <w:r>
        <w:rPr>
          <w:lang w:eastAsia="zh-TW"/>
        </w:rPr>
        <w:t>序位法。由工作小組提出初審意見，評審委員就初審意見、廠商資料及評審項目逐項討論後，分別評分並加總，再依加總分數高低</w:t>
      </w:r>
      <w:proofErr w:type="gramStart"/>
      <w:r>
        <w:rPr>
          <w:lang w:eastAsia="zh-TW"/>
        </w:rPr>
        <w:t>轉換為序位</w:t>
      </w:r>
      <w:proofErr w:type="gramEnd"/>
      <w:r>
        <w:rPr>
          <w:lang w:eastAsia="zh-TW"/>
        </w:rPr>
        <w:t>。個別廠商平均總評分未達75分者，不得列為議價對象；全部廠商平均總評</w:t>
      </w:r>
      <w:proofErr w:type="gramStart"/>
      <w:r>
        <w:rPr>
          <w:lang w:eastAsia="zh-TW"/>
        </w:rPr>
        <w:t>分均未達</w:t>
      </w:r>
      <w:proofErr w:type="gramEnd"/>
      <w:r>
        <w:rPr>
          <w:lang w:eastAsia="zh-TW"/>
        </w:rPr>
        <w:t>75分者，優勝廠商</w:t>
      </w:r>
      <w:proofErr w:type="gramStart"/>
      <w:r>
        <w:rPr>
          <w:lang w:eastAsia="zh-TW"/>
        </w:rPr>
        <w:t>從缺並廢標</w:t>
      </w:r>
      <w:proofErr w:type="gramEnd"/>
      <w:r>
        <w:rPr>
          <w:lang w:eastAsia="zh-TW"/>
        </w:rPr>
        <w:t>。</w:t>
      </w:r>
    </w:p>
    <w:p w14:paraId="4F7D67B1" w14:textId="77777777" w:rsidR="00322AF6" w:rsidRDefault="00000000">
      <w:pPr>
        <w:pStyle w:val="af"/>
        <w:rPr>
          <w:lang w:eastAsia="zh-TW"/>
        </w:rPr>
      </w:pPr>
      <w:r>
        <w:rPr>
          <w:lang w:eastAsia="zh-TW"/>
        </w:rPr>
        <w:t>二、彙整各評審委員</w:t>
      </w:r>
      <w:proofErr w:type="gramStart"/>
      <w:r>
        <w:rPr>
          <w:lang w:eastAsia="zh-TW"/>
        </w:rPr>
        <w:t>評定之序位</w:t>
      </w:r>
      <w:proofErr w:type="gramEnd"/>
      <w:r>
        <w:rPr>
          <w:lang w:eastAsia="zh-TW"/>
        </w:rPr>
        <w:t>後，以平均總評分達75分</w:t>
      </w:r>
      <w:proofErr w:type="gramStart"/>
      <w:r>
        <w:rPr>
          <w:lang w:eastAsia="zh-TW"/>
        </w:rPr>
        <w:t>以上且序位</w:t>
      </w:r>
      <w:proofErr w:type="gramEnd"/>
      <w:r>
        <w:rPr>
          <w:lang w:eastAsia="zh-TW"/>
        </w:rPr>
        <w:t>合計值最低之廠商為第一名；其標價合理、無浪費公</w:t>
      </w:r>
      <w:proofErr w:type="gramStart"/>
      <w:r>
        <w:rPr>
          <w:lang w:eastAsia="zh-TW"/>
        </w:rPr>
        <w:t>帑</w:t>
      </w:r>
      <w:proofErr w:type="gramEnd"/>
      <w:r>
        <w:rPr>
          <w:lang w:eastAsia="zh-TW"/>
        </w:rPr>
        <w:t>情形，且經出席評審委員過半數決定者，評定為優勝廠商。</w:t>
      </w:r>
    </w:p>
    <w:p w14:paraId="18FFBE8E" w14:textId="77777777" w:rsidR="00322AF6" w:rsidRDefault="00000000">
      <w:pPr>
        <w:pStyle w:val="af"/>
        <w:rPr>
          <w:lang w:eastAsia="zh-TW"/>
        </w:rPr>
      </w:pPr>
      <w:r>
        <w:rPr>
          <w:lang w:eastAsia="zh-TW"/>
        </w:rPr>
        <w:t>三、優勝廠商為1家者，以議價方式辦理；優勝廠商為2家以上者，依優勝順序自最優勝者起依序議價。二家以上廠商序位合計值相同者，以「企劃書內容」項目之得分合計值較高者優先議價；仍相同者，</w:t>
      </w:r>
      <w:proofErr w:type="gramStart"/>
      <w:r>
        <w:rPr>
          <w:lang w:eastAsia="zh-TW"/>
        </w:rPr>
        <w:t>就同序位</w:t>
      </w:r>
      <w:proofErr w:type="gramEnd"/>
      <w:r>
        <w:rPr>
          <w:lang w:eastAsia="zh-TW"/>
        </w:rPr>
        <w:t>廠商再行綜合評審一次，以總評分較</w:t>
      </w:r>
      <w:proofErr w:type="gramStart"/>
      <w:r>
        <w:rPr>
          <w:lang w:eastAsia="zh-TW"/>
        </w:rPr>
        <w:t>高或序位</w:t>
      </w:r>
      <w:proofErr w:type="gramEnd"/>
      <w:r>
        <w:rPr>
          <w:lang w:eastAsia="zh-TW"/>
        </w:rPr>
        <w:t>合計值較低者優先議價；再次相同者，抽籤決定之。</w:t>
      </w:r>
    </w:p>
    <w:p w14:paraId="263E0B7B" w14:textId="77777777" w:rsidR="00322AF6" w:rsidRDefault="00000000">
      <w:pPr>
        <w:pStyle w:val="af"/>
        <w:rPr>
          <w:lang w:eastAsia="zh-TW"/>
        </w:rPr>
      </w:pPr>
      <w:r>
        <w:rPr>
          <w:lang w:eastAsia="zh-TW"/>
        </w:rPr>
        <w:lastRenderedPageBreak/>
        <w:t>四、評審委員評審評分表及評審</w:t>
      </w:r>
      <w:proofErr w:type="gramStart"/>
      <w:r>
        <w:rPr>
          <w:lang w:eastAsia="zh-TW"/>
        </w:rPr>
        <w:t>總表如附件</w:t>
      </w:r>
      <w:proofErr w:type="gramEnd"/>
      <w:r>
        <w:rPr>
          <w:lang w:eastAsia="zh-TW"/>
        </w:rPr>
        <w:t>一及附件二。</w:t>
      </w:r>
    </w:p>
    <w:p w14:paraId="354B2282" w14:textId="77777777" w:rsidR="00322AF6" w:rsidRDefault="00000000">
      <w:pPr>
        <w:pStyle w:val="1"/>
        <w:rPr>
          <w:lang w:eastAsia="zh-TW"/>
        </w:rPr>
      </w:pPr>
      <w:r>
        <w:rPr>
          <w:lang w:eastAsia="zh-TW"/>
        </w:rPr>
        <w:t>拾壹、補充說明及規定</w:t>
      </w:r>
    </w:p>
    <w:p w14:paraId="1E77B13E" w14:textId="77777777" w:rsidR="00322AF6" w:rsidRDefault="00000000">
      <w:pPr>
        <w:pStyle w:val="af"/>
        <w:rPr>
          <w:lang w:eastAsia="zh-TW"/>
        </w:rPr>
      </w:pPr>
      <w:r>
        <w:rPr>
          <w:lang w:eastAsia="zh-TW"/>
        </w:rPr>
        <w:t>一、投標文件澄清：投標文件有向投標廠商說明必要者，參考政府採購法第51條及其施行細則第60條辦理。</w:t>
      </w:r>
    </w:p>
    <w:p w14:paraId="70D74D18" w14:textId="77777777" w:rsidR="00322AF6" w:rsidRDefault="00000000">
      <w:pPr>
        <w:pStyle w:val="af"/>
        <w:rPr>
          <w:lang w:eastAsia="zh-TW"/>
        </w:rPr>
      </w:pPr>
      <w:r>
        <w:rPr>
          <w:lang w:eastAsia="zh-TW"/>
        </w:rPr>
        <w:t>二、評審委員名單保密：本案未於招標文件公告評審委員名單，該名單於開始評審前予以保密；投標廠商不得探詢委員名單。</w:t>
      </w:r>
    </w:p>
    <w:p w14:paraId="0EB58D0E" w14:textId="77777777" w:rsidR="00322AF6" w:rsidRDefault="00000000">
      <w:pPr>
        <w:pStyle w:val="1"/>
        <w:rPr>
          <w:lang w:eastAsia="zh-TW"/>
        </w:rPr>
      </w:pPr>
      <w:r>
        <w:rPr>
          <w:lang w:eastAsia="zh-TW"/>
        </w:rPr>
        <w:t>拾貳、智慧財產權及著作權歸屬</w:t>
      </w:r>
    </w:p>
    <w:p w14:paraId="65F104F6" w14:textId="77777777" w:rsidR="00322AF6" w:rsidRDefault="00000000">
      <w:pPr>
        <w:pStyle w:val="af"/>
        <w:rPr>
          <w:lang w:eastAsia="zh-TW"/>
        </w:rPr>
      </w:pPr>
      <w:r>
        <w:rPr>
          <w:lang w:eastAsia="zh-TW"/>
        </w:rPr>
        <w:t>一、投標廠商及得標廠商不得有侵害他人智慧財產權之行為；如有違反法令之情事，應自行承擔相關法律責任。</w:t>
      </w:r>
    </w:p>
    <w:p w14:paraId="6A583804" w14:textId="77777777" w:rsidR="00322AF6" w:rsidRDefault="00000000">
      <w:pPr>
        <w:pStyle w:val="af"/>
        <w:rPr>
          <w:lang w:eastAsia="zh-TW"/>
        </w:rPr>
      </w:pPr>
      <w:r>
        <w:rPr>
          <w:lang w:eastAsia="zh-TW"/>
        </w:rPr>
        <w:t>二、得標廠商依本案交付之設計稿、圖稿、文件及其他成果，其著作財產權於契約價金給付後歸屬本會；得標廠商並應確保實際著作人同意對本會及本會授權使用之人不行使著作人格權。</w:t>
      </w:r>
    </w:p>
    <w:p w14:paraId="5569EBCF" w14:textId="77777777" w:rsidR="00322AF6" w:rsidRDefault="00000000">
      <w:pPr>
        <w:pStyle w:val="af"/>
        <w:rPr>
          <w:lang w:eastAsia="zh-TW"/>
        </w:rPr>
      </w:pPr>
      <w:r>
        <w:rPr>
          <w:lang w:eastAsia="zh-TW"/>
        </w:rPr>
        <w:t>三、履約</w:t>
      </w:r>
      <w:proofErr w:type="gramStart"/>
      <w:r>
        <w:rPr>
          <w:lang w:eastAsia="zh-TW"/>
        </w:rPr>
        <w:t>成果如含第三</w:t>
      </w:r>
      <w:proofErr w:type="gramEnd"/>
      <w:r>
        <w:rPr>
          <w:lang w:eastAsia="zh-TW"/>
        </w:rPr>
        <w:t>人著作或產品，得標廠商應確保其使用合法，並依本會要求提出授權證明。因侵害第三人權利致本會受有損害者，得標廠商應負損害賠償責任，包括訴訟費用、律師費用及其他相關支出。</w:t>
      </w:r>
    </w:p>
    <w:p w14:paraId="5B8855CA" w14:textId="77777777" w:rsidR="00322AF6" w:rsidRDefault="00000000">
      <w:pPr>
        <w:pStyle w:val="af"/>
        <w:rPr>
          <w:lang w:eastAsia="zh-TW"/>
        </w:rPr>
      </w:pPr>
      <w:r>
        <w:rPr>
          <w:lang w:eastAsia="zh-TW"/>
        </w:rPr>
        <w:t>四、得標廠商不得就本案有抄襲、未經授權改作或其他侵害著作權之情事；如發生著作權爭議，悉由得標廠商負責處理並承擔法律責任。</w:t>
      </w:r>
    </w:p>
    <w:p w14:paraId="18500E50" w14:textId="77777777" w:rsidR="00322AF6" w:rsidRDefault="00000000">
      <w:pPr>
        <w:pStyle w:val="1"/>
        <w:rPr>
          <w:lang w:eastAsia="zh-TW"/>
        </w:rPr>
      </w:pPr>
      <w:r>
        <w:rPr>
          <w:lang w:eastAsia="zh-TW"/>
        </w:rPr>
        <w:t>拾參、其他注意事項</w:t>
      </w:r>
    </w:p>
    <w:p w14:paraId="5241C411" w14:textId="77777777" w:rsidR="00322AF6" w:rsidRDefault="00000000">
      <w:pPr>
        <w:pStyle w:val="af"/>
        <w:rPr>
          <w:lang w:eastAsia="zh-TW"/>
        </w:rPr>
      </w:pPr>
      <w:r>
        <w:rPr>
          <w:lang w:eastAsia="zh-TW"/>
        </w:rPr>
        <w:t>一、得標廠商應依規劃時程辦理，並於重要工作節點或本會認有必要時，主動提出工作進度報告；如有應確認或修正事項，應提出具體建議報本會核定後辦理。</w:t>
      </w:r>
    </w:p>
    <w:p w14:paraId="400B9213" w14:textId="0EBCC6ED" w:rsidR="00322AF6" w:rsidRDefault="00000000">
      <w:pPr>
        <w:pStyle w:val="af"/>
        <w:rPr>
          <w:lang w:eastAsia="zh-TW"/>
        </w:rPr>
      </w:pPr>
      <w:r>
        <w:rPr>
          <w:lang w:eastAsia="zh-TW"/>
        </w:rPr>
        <w:t>二、對本需求規範書有疑問者，請洽本會</w:t>
      </w:r>
      <w:r w:rsidR="0000097D">
        <w:rPr>
          <w:rFonts w:hint="eastAsia"/>
          <w:lang w:eastAsia="zh-TW"/>
        </w:rPr>
        <w:t>秘書處</w:t>
      </w:r>
      <w:r>
        <w:rPr>
          <w:lang w:eastAsia="zh-TW"/>
        </w:rPr>
        <w:t>，電話：02-8771-</w:t>
      </w:r>
      <w:r w:rsidR="0000097D">
        <w:rPr>
          <w:rFonts w:hint="eastAsia"/>
          <w:lang w:eastAsia="zh-TW"/>
        </w:rPr>
        <w:t>1433</w:t>
      </w:r>
      <w:r>
        <w:rPr>
          <w:lang w:eastAsia="zh-TW"/>
        </w:rPr>
        <w:t>。</w:t>
      </w:r>
    </w:p>
    <w:p w14:paraId="16EFAAD6" w14:textId="77777777" w:rsidR="00322AF6" w:rsidRDefault="00000000">
      <w:pPr>
        <w:pStyle w:val="af"/>
        <w:rPr>
          <w:lang w:eastAsia="zh-TW"/>
        </w:rPr>
      </w:pPr>
      <w:r>
        <w:rPr>
          <w:lang w:eastAsia="zh-TW"/>
        </w:rPr>
        <w:t>三、本需求規範書如有未盡事宜，依政府採購法、民法及相關法令規定辦理。</w:t>
      </w:r>
    </w:p>
    <w:p w14:paraId="0379959C" w14:textId="77777777" w:rsidR="00322AF6" w:rsidRDefault="00000000">
      <w:pPr>
        <w:rPr>
          <w:lang w:eastAsia="zh-TW"/>
        </w:rPr>
      </w:pPr>
      <w:r>
        <w:rPr>
          <w:lang w:eastAsia="zh-TW"/>
        </w:rPr>
        <w:br w:type="page"/>
      </w:r>
    </w:p>
    <w:p w14:paraId="6A6D282F" w14:textId="77777777" w:rsidR="00322AF6" w:rsidRDefault="00000000">
      <w:pPr>
        <w:pStyle w:val="1"/>
        <w:rPr>
          <w:lang w:eastAsia="zh-TW"/>
        </w:rPr>
      </w:pPr>
      <w:r>
        <w:rPr>
          <w:lang w:eastAsia="zh-TW"/>
        </w:rPr>
        <w:lastRenderedPageBreak/>
        <w:t>附件一　評審委員評審評分表</w:t>
      </w:r>
    </w:p>
    <w:p w14:paraId="78AB7AD9" w14:textId="77777777" w:rsidR="00322AF6" w:rsidRDefault="00000000">
      <w:pPr>
        <w:jc w:val="center"/>
        <w:rPr>
          <w:lang w:eastAsia="zh-TW"/>
        </w:rPr>
      </w:pPr>
      <w:r>
        <w:rPr>
          <w:b/>
          <w:sz w:val="24"/>
          <w:lang w:eastAsia="zh-TW"/>
        </w:rPr>
        <w:t>2026台維斯</w:t>
      </w:r>
      <w:proofErr w:type="gramStart"/>
      <w:r>
        <w:rPr>
          <w:b/>
          <w:sz w:val="24"/>
          <w:lang w:eastAsia="zh-TW"/>
        </w:rPr>
        <w:t>盃</w:t>
      </w:r>
      <w:proofErr w:type="gramEnd"/>
      <w:r>
        <w:rPr>
          <w:b/>
          <w:sz w:val="24"/>
          <w:lang w:eastAsia="zh-TW"/>
        </w:rPr>
        <w:t>國際男子網球團體錦標賽世界一級中華台北對瑞典網路及其他器材租用採購案</w:t>
      </w:r>
    </w:p>
    <w:p w14:paraId="6594C6A0" w14:textId="77777777" w:rsidR="00322AF6" w:rsidRDefault="00000000">
      <w:pPr>
        <w:jc w:val="center"/>
        <w:rPr>
          <w:lang w:eastAsia="zh-TW"/>
        </w:rPr>
      </w:pPr>
      <w:r>
        <w:rPr>
          <w:b/>
          <w:sz w:val="28"/>
          <w:lang w:eastAsia="zh-TW"/>
        </w:rPr>
        <w:t>評審委員評審評分表</w:t>
      </w:r>
    </w:p>
    <w:p w14:paraId="1794C244" w14:textId="77777777" w:rsidR="00322AF6" w:rsidRDefault="00000000">
      <w:pPr>
        <w:pStyle w:val="af"/>
        <w:rPr>
          <w:lang w:eastAsia="zh-TW"/>
        </w:rPr>
      </w:pPr>
      <w:r>
        <w:rPr>
          <w:lang w:eastAsia="zh-TW"/>
        </w:rPr>
        <w:t>評審委員編號：____________________　　日期：______年______月______日</w:t>
      </w:r>
    </w:p>
    <w:tbl>
      <w:tblPr>
        <w:tblStyle w:val="aff2"/>
        <w:tblW w:w="9160" w:type="dxa"/>
        <w:jc w:val="center"/>
        <w:tblLayout w:type="fixed"/>
        <w:tblLook w:val="04A0" w:firstRow="1" w:lastRow="0" w:firstColumn="1" w:lastColumn="0" w:noHBand="0" w:noVBand="1"/>
      </w:tblPr>
      <w:tblGrid>
        <w:gridCol w:w="480"/>
        <w:gridCol w:w="1300"/>
        <w:gridCol w:w="4500"/>
        <w:gridCol w:w="600"/>
        <w:gridCol w:w="760"/>
        <w:gridCol w:w="760"/>
        <w:gridCol w:w="760"/>
      </w:tblGrid>
      <w:tr w:rsidR="00322AF6" w14:paraId="7F93BFF4" w14:textId="77777777">
        <w:trPr>
          <w:tblHeader/>
          <w:jc w:val="center"/>
        </w:trPr>
        <w:tc>
          <w:tcPr>
            <w:tcW w:w="480" w:type="dxa"/>
            <w:shd w:val="clear" w:color="auto" w:fill="D9E2F3"/>
            <w:tcMar>
              <w:top w:w="90" w:type="dxa"/>
              <w:left w:w="110" w:type="dxa"/>
              <w:bottom w:w="90" w:type="dxa"/>
              <w:right w:w="110" w:type="dxa"/>
            </w:tcMar>
            <w:vAlign w:val="center"/>
          </w:tcPr>
          <w:p w14:paraId="40ED71E3" w14:textId="77777777" w:rsidR="00322AF6" w:rsidRDefault="00000000">
            <w:pPr>
              <w:jc w:val="center"/>
            </w:pPr>
            <w:proofErr w:type="spellStart"/>
            <w:r>
              <w:rPr>
                <w:b/>
                <w:sz w:val="16"/>
              </w:rPr>
              <w:t>項次</w:t>
            </w:r>
            <w:proofErr w:type="spellEnd"/>
          </w:p>
        </w:tc>
        <w:tc>
          <w:tcPr>
            <w:tcW w:w="1300" w:type="dxa"/>
            <w:shd w:val="clear" w:color="auto" w:fill="D9E2F3"/>
            <w:tcMar>
              <w:top w:w="90" w:type="dxa"/>
              <w:left w:w="110" w:type="dxa"/>
              <w:bottom w:w="90" w:type="dxa"/>
              <w:right w:w="110" w:type="dxa"/>
            </w:tcMar>
            <w:vAlign w:val="center"/>
          </w:tcPr>
          <w:p w14:paraId="7036DA5E" w14:textId="77777777" w:rsidR="00322AF6" w:rsidRDefault="00000000">
            <w:pPr>
              <w:jc w:val="center"/>
            </w:pPr>
            <w:proofErr w:type="spellStart"/>
            <w:r>
              <w:rPr>
                <w:b/>
                <w:sz w:val="16"/>
              </w:rPr>
              <w:t>評審項目</w:t>
            </w:r>
            <w:proofErr w:type="spellEnd"/>
          </w:p>
        </w:tc>
        <w:tc>
          <w:tcPr>
            <w:tcW w:w="4500" w:type="dxa"/>
            <w:shd w:val="clear" w:color="auto" w:fill="D9E2F3"/>
            <w:tcMar>
              <w:top w:w="90" w:type="dxa"/>
              <w:left w:w="110" w:type="dxa"/>
              <w:bottom w:w="90" w:type="dxa"/>
              <w:right w:w="110" w:type="dxa"/>
            </w:tcMar>
            <w:vAlign w:val="center"/>
          </w:tcPr>
          <w:p w14:paraId="03643E3D" w14:textId="77777777" w:rsidR="00322AF6" w:rsidRDefault="00000000">
            <w:pPr>
              <w:jc w:val="center"/>
            </w:pPr>
            <w:proofErr w:type="spellStart"/>
            <w:r>
              <w:rPr>
                <w:b/>
                <w:sz w:val="16"/>
              </w:rPr>
              <w:t>評審內容</w:t>
            </w:r>
            <w:proofErr w:type="spellEnd"/>
          </w:p>
        </w:tc>
        <w:tc>
          <w:tcPr>
            <w:tcW w:w="600" w:type="dxa"/>
            <w:shd w:val="clear" w:color="auto" w:fill="D9E2F3"/>
            <w:tcMar>
              <w:top w:w="90" w:type="dxa"/>
              <w:left w:w="110" w:type="dxa"/>
              <w:bottom w:w="90" w:type="dxa"/>
              <w:right w:w="110" w:type="dxa"/>
            </w:tcMar>
            <w:vAlign w:val="center"/>
          </w:tcPr>
          <w:p w14:paraId="37B467D4" w14:textId="77777777" w:rsidR="00322AF6" w:rsidRDefault="00000000">
            <w:pPr>
              <w:jc w:val="center"/>
            </w:pPr>
            <w:proofErr w:type="spellStart"/>
            <w:r>
              <w:rPr>
                <w:b/>
                <w:sz w:val="16"/>
              </w:rPr>
              <w:t>配分</w:t>
            </w:r>
            <w:proofErr w:type="spellEnd"/>
          </w:p>
        </w:tc>
        <w:tc>
          <w:tcPr>
            <w:tcW w:w="760" w:type="dxa"/>
            <w:shd w:val="clear" w:color="auto" w:fill="D9E2F3"/>
            <w:tcMar>
              <w:top w:w="90" w:type="dxa"/>
              <w:left w:w="110" w:type="dxa"/>
              <w:bottom w:w="90" w:type="dxa"/>
              <w:right w:w="110" w:type="dxa"/>
            </w:tcMar>
            <w:vAlign w:val="center"/>
          </w:tcPr>
          <w:p w14:paraId="1EFFF64D" w14:textId="77777777" w:rsidR="00322AF6" w:rsidRDefault="00000000">
            <w:pPr>
              <w:jc w:val="center"/>
            </w:pPr>
            <w:r>
              <w:rPr>
                <w:b/>
                <w:sz w:val="16"/>
              </w:rPr>
              <w:t>廠商1</w:t>
            </w:r>
          </w:p>
        </w:tc>
        <w:tc>
          <w:tcPr>
            <w:tcW w:w="760" w:type="dxa"/>
            <w:shd w:val="clear" w:color="auto" w:fill="D9E2F3"/>
            <w:tcMar>
              <w:top w:w="90" w:type="dxa"/>
              <w:left w:w="110" w:type="dxa"/>
              <w:bottom w:w="90" w:type="dxa"/>
              <w:right w:w="110" w:type="dxa"/>
            </w:tcMar>
            <w:vAlign w:val="center"/>
          </w:tcPr>
          <w:p w14:paraId="5C98A9FC" w14:textId="77777777" w:rsidR="00322AF6" w:rsidRDefault="00000000">
            <w:pPr>
              <w:jc w:val="center"/>
            </w:pPr>
            <w:r>
              <w:rPr>
                <w:b/>
                <w:sz w:val="16"/>
              </w:rPr>
              <w:t>廠商2</w:t>
            </w:r>
          </w:p>
        </w:tc>
        <w:tc>
          <w:tcPr>
            <w:tcW w:w="760" w:type="dxa"/>
            <w:shd w:val="clear" w:color="auto" w:fill="D9E2F3"/>
            <w:tcMar>
              <w:top w:w="90" w:type="dxa"/>
              <w:left w:w="110" w:type="dxa"/>
              <w:bottom w:w="90" w:type="dxa"/>
              <w:right w:w="110" w:type="dxa"/>
            </w:tcMar>
            <w:vAlign w:val="center"/>
          </w:tcPr>
          <w:p w14:paraId="67BE035C" w14:textId="77777777" w:rsidR="00322AF6" w:rsidRDefault="00000000">
            <w:pPr>
              <w:jc w:val="center"/>
            </w:pPr>
            <w:r>
              <w:rPr>
                <w:b/>
                <w:sz w:val="16"/>
              </w:rPr>
              <w:t>廠商3</w:t>
            </w:r>
          </w:p>
        </w:tc>
      </w:tr>
      <w:tr w:rsidR="00322AF6" w14:paraId="5F242981" w14:textId="77777777">
        <w:trPr>
          <w:jc w:val="center"/>
        </w:trPr>
        <w:tc>
          <w:tcPr>
            <w:tcW w:w="480" w:type="dxa"/>
            <w:tcMar>
              <w:top w:w="90" w:type="dxa"/>
              <w:left w:w="110" w:type="dxa"/>
              <w:bottom w:w="90" w:type="dxa"/>
              <w:right w:w="110" w:type="dxa"/>
            </w:tcMar>
            <w:vAlign w:val="center"/>
          </w:tcPr>
          <w:p w14:paraId="6237E42E" w14:textId="77777777" w:rsidR="00322AF6" w:rsidRDefault="00000000">
            <w:pPr>
              <w:jc w:val="center"/>
            </w:pPr>
            <w:r>
              <w:rPr>
                <w:sz w:val="16"/>
              </w:rPr>
              <w:t>1</w:t>
            </w:r>
          </w:p>
        </w:tc>
        <w:tc>
          <w:tcPr>
            <w:tcW w:w="1300" w:type="dxa"/>
            <w:tcMar>
              <w:top w:w="90" w:type="dxa"/>
              <w:left w:w="110" w:type="dxa"/>
              <w:bottom w:w="90" w:type="dxa"/>
              <w:right w:w="110" w:type="dxa"/>
            </w:tcMar>
            <w:vAlign w:val="center"/>
          </w:tcPr>
          <w:p w14:paraId="1539B253" w14:textId="77777777" w:rsidR="00322AF6" w:rsidRDefault="00000000">
            <w:proofErr w:type="spellStart"/>
            <w:r>
              <w:rPr>
                <w:sz w:val="16"/>
              </w:rPr>
              <w:t>企劃書內容</w:t>
            </w:r>
            <w:proofErr w:type="spellEnd"/>
          </w:p>
        </w:tc>
        <w:tc>
          <w:tcPr>
            <w:tcW w:w="4500" w:type="dxa"/>
            <w:tcMar>
              <w:top w:w="90" w:type="dxa"/>
              <w:left w:w="110" w:type="dxa"/>
              <w:bottom w:w="90" w:type="dxa"/>
              <w:right w:w="110" w:type="dxa"/>
            </w:tcMar>
            <w:vAlign w:val="center"/>
          </w:tcPr>
          <w:p w14:paraId="617AC60F" w14:textId="77777777" w:rsidR="00322AF6" w:rsidRDefault="00000000">
            <w:pPr>
              <w:rPr>
                <w:lang w:eastAsia="zh-TW"/>
              </w:rPr>
            </w:pPr>
            <w:r>
              <w:rPr>
                <w:sz w:val="16"/>
                <w:lang w:eastAsia="zh-TW"/>
              </w:rPr>
              <w:t>設備配置、進場及施工規劃、網路架構、系統整合、測試及彩排計畫、工作流程、預定進度、品質管理、備援機制及安全維護措施</w:t>
            </w:r>
          </w:p>
        </w:tc>
        <w:tc>
          <w:tcPr>
            <w:tcW w:w="600" w:type="dxa"/>
            <w:tcMar>
              <w:top w:w="90" w:type="dxa"/>
              <w:left w:w="110" w:type="dxa"/>
              <w:bottom w:w="90" w:type="dxa"/>
              <w:right w:w="110" w:type="dxa"/>
            </w:tcMar>
            <w:vAlign w:val="center"/>
          </w:tcPr>
          <w:p w14:paraId="3E0D1839" w14:textId="77777777" w:rsidR="00322AF6" w:rsidRDefault="00000000">
            <w:r>
              <w:rPr>
                <w:sz w:val="16"/>
              </w:rPr>
              <w:t>40</w:t>
            </w:r>
          </w:p>
        </w:tc>
        <w:tc>
          <w:tcPr>
            <w:tcW w:w="760" w:type="dxa"/>
            <w:tcMar>
              <w:top w:w="90" w:type="dxa"/>
              <w:left w:w="110" w:type="dxa"/>
              <w:bottom w:w="90" w:type="dxa"/>
              <w:right w:w="110" w:type="dxa"/>
            </w:tcMar>
            <w:vAlign w:val="center"/>
          </w:tcPr>
          <w:p w14:paraId="17671654" w14:textId="77777777" w:rsidR="00322AF6" w:rsidRDefault="00322AF6"/>
        </w:tc>
        <w:tc>
          <w:tcPr>
            <w:tcW w:w="760" w:type="dxa"/>
            <w:tcMar>
              <w:top w:w="90" w:type="dxa"/>
              <w:left w:w="110" w:type="dxa"/>
              <w:bottom w:w="90" w:type="dxa"/>
              <w:right w:w="110" w:type="dxa"/>
            </w:tcMar>
            <w:vAlign w:val="center"/>
          </w:tcPr>
          <w:p w14:paraId="68D06343" w14:textId="77777777" w:rsidR="00322AF6" w:rsidRDefault="00322AF6"/>
        </w:tc>
        <w:tc>
          <w:tcPr>
            <w:tcW w:w="760" w:type="dxa"/>
            <w:tcMar>
              <w:top w:w="90" w:type="dxa"/>
              <w:left w:w="110" w:type="dxa"/>
              <w:bottom w:w="90" w:type="dxa"/>
              <w:right w:w="110" w:type="dxa"/>
            </w:tcMar>
            <w:vAlign w:val="center"/>
          </w:tcPr>
          <w:p w14:paraId="1D7CFDE0" w14:textId="77777777" w:rsidR="00322AF6" w:rsidRDefault="00322AF6">
            <w:pPr>
              <w:jc w:val="center"/>
            </w:pPr>
          </w:p>
        </w:tc>
      </w:tr>
      <w:tr w:rsidR="00322AF6" w14:paraId="1C397A42" w14:textId="77777777">
        <w:trPr>
          <w:jc w:val="center"/>
        </w:trPr>
        <w:tc>
          <w:tcPr>
            <w:tcW w:w="480" w:type="dxa"/>
            <w:tcMar>
              <w:top w:w="90" w:type="dxa"/>
              <w:left w:w="110" w:type="dxa"/>
              <w:bottom w:w="90" w:type="dxa"/>
              <w:right w:w="110" w:type="dxa"/>
            </w:tcMar>
            <w:vAlign w:val="center"/>
          </w:tcPr>
          <w:p w14:paraId="09591D5F" w14:textId="77777777" w:rsidR="00322AF6" w:rsidRDefault="00000000">
            <w:pPr>
              <w:jc w:val="center"/>
            </w:pPr>
            <w:r>
              <w:rPr>
                <w:sz w:val="16"/>
              </w:rPr>
              <w:t>2</w:t>
            </w:r>
          </w:p>
        </w:tc>
        <w:tc>
          <w:tcPr>
            <w:tcW w:w="1300" w:type="dxa"/>
            <w:tcMar>
              <w:top w:w="90" w:type="dxa"/>
              <w:left w:w="110" w:type="dxa"/>
              <w:bottom w:w="90" w:type="dxa"/>
              <w:right w:w="110" w:type="dxa"/>
            </w:tcMar>
            <w:vAlign w:val="center"/>
          </w:tcPr>
          <w:p w14:paraId="3AC88161" w14:textId="77777777" w:rsidR="00322AF6" w:rsidRDefault="00000000">
            <w:proofErr w:type="spellStart"/>
            <w:r>
              <w:rPr>
                <w:sz w:val="16"/>
              </w:rPr>
              <w:t>廠商能力及經驗</w:t>
            </w:r>
            <w:proofErr w:type="spellEnd"/>
          </w:p>
        </w:tc>
        <w:tc>
          <w:tcPr>
            <w:tcW w:w="4500" w:type="dxa"/>
            <w:tcMar>
              <w:top w:w="90" w:type="dxa"/>
              <w:left w:w="110" w:type="dxa"/>
              <w:bottom w:w="90" w:type="dxa"/>
              <w:right w:w="110" w:type="dxa"/>
            </w:tcMar>
            <w:vAlign w:val="center"/>
          </w:tcPr>
          <w:p w14:paraId="39184519" w14:textId="77777777" w:rsidR="00322AF6" w:rsidRDefault="00000000">
            <w:pPr>
              <w:rPr>
                <w:lang w:eastAsia="zh-TW"/>
              </w:rPr>
            </w:pPr>
            <w:r>
              <w:rPr>
                <w:sz w:val="16"/>
                <w:lang w:eastAsia="zh-TW"/>
              </w:rPr>
              <w:t>公司及團隊專業能力；音響、燈光、網路資訊設備、LED電視牆或大型活動設備租賃之相關履約實績；人力及設備配置、技術整合能力、備援機制與緊急應變能力</w:t>
            </w:r>
          </w:p>
        </w:tc>
        <w:tc>
          <w:tcPr>
            <w:tcW w:w="600" w:type="dxa"/>
            <w:tcMar>
              <w:top w:w="90" w:type="dxa"/>
              <w:left w:w="110" w:type="dxa"/>
              <w:bottom w:w="90" w:type="dxa"/>
              <w:right w:w="110" w:type="dxa"/>
            </w:tcMar>
            <w:vAlign w:val="center"/>
          </w:tcPr>
          <w:p w14:paraId="731FA845" w14:textId="77777777" w:rsidR="00322AF6" w:rsidRDefault="00000000">
            <w:r>
              <w:rPr>
                <w:sz w:val="16"/>
              </w:rPr>
              <w:t>30</w:t>
            </w:r>
          </w:p>
        </w:tc>
        <w:tc>
          <w:tcPr>
            <w:tcW w:w="760" w:type="dxa"/>
            <w:tcMar>
              <w:top w:w="90" w:type="dxa"/>
              <w:left w:w="110" w:type="dxa"/>
              <w:bottom w:w="90" w:type="dxa"/>
              <w:right w:w="110" w:type="dxa"/>
            </w:tcMar>
            <w:vAlign w:val="center"/>
          </w:tcPr>
          <w:p w14:paraId="20875741" w14:textId="77777777" w:rsidR="00322AF6" w:rsidRDefault="00322AF6"/>
        </w:tc>
        <w:tc>
          <w:tcPr>
            <w:tcW w:w="760" w:type="dxa"/>
            <w:tcMar>
              <w:top w:w="90" w:type="dxa"/>
              <w:left w:w="110" w:type="dxa"/>
              <w:bottom w:w="90" w:type="dxa"/>
              <w:right w:w="110" w:type="dxa"/>
            </w:tcMar>
            <w:vAlign w:val="center"/>
          </w:tcPr>
          <w:p w14:paraId="032B1995" w14:textId="77777777" w:rsidR="00322AF6" w:rsidRDefault="00322AF6"/>
        </w:tc>
        <w:tc>
          <w:tcPr>
            <w:tcW w:w="760" w:type="dxa"/>
            <w:tcMar>
              <w:top w:w="90" w:type="dxa"/>
              <w:left w:w="110" w:type="dxa"/>
              <w:bottom w:w="90" w:type="dxa"/>
              <w:right w:w="110" w:type="dxa"/>
            </w:tcMar>
            <w:vAlign w:val="center"/>
          </w:tcPr>
          <w:p w14:paraId="278108C0" w14:textId="77777777" w:rsidR="00322AF6" w:rsidRDefault="00322AF6">
            <w:pPr>
              <w:jc w:val="center"/>
            </w:pPr>
          </w:p>
        </w:tc>
      </w:tr>
      <w:tr w:rsidR="00322AF6" w14:paraId="3EF4E123" w14:textId="77777777">
        <w:trPr>
          <w:jc w:val="center"/>
        </w:trPr>
        <w:tc>
          <w:tcPr>
            <w:tcW w:w="480" w:type="dxa"/>
            <w:tcMar>
              <w:top w:w="90" w:type="dxa"/>
              <w:left w:w="110" w:type="dxa"/>
              <w:bottom w:w="90" w:type="dxa"/>
              <w:right w:w="110" w:type="dxa"/>
            </w:tcMar>
            <w:vAlign w:val="center"/>
          </w:tcPr>
          <w:p w14:paraId="6413EB8C" w14:textId="77777777" w:rsidR="00322AF6" w:rsidRDefault="00000000">
            <w:pPr>
              <w:jc w:val="center"/>
            </w:pPr>
            <w:r>
              <w:rPr>
                <w:sz w:val="16"/>
              </w:rPr>
              <w:t>3</w:t>
            </w:r>
          </w:p>
        </w:tc>
        <w:tc>
          <w:tcPr>
            <w:tcW w:w="1300" w:type="dxa"/>
            <w:tcMar>
              <w:top w:w="90" w:type="dxa"/>
              <w:left w:w="110" w:type="dxa"/>
              <w:bottom w:w="90" w:type="dxa"/>
              <w:right w:w="110" w:type="dxa"/>
            </w:tcMar>
            <w:vAlign w:val="center"/>
          </w:tcPr>
          <w:p w14:paraId="6B405530" w14:textId="77777777" w:rsidR="00322AF6" w:rsidRDefault="00000000">
            <w:proofErr w:type="spellStart"/>
            <w:r>
              <w:rPr>
                <w:sz w:val="16"/>
              </w:rPr>
              <w:t>經費合理性</w:t>
            </w:r>
            <w:proofErr w:type="spellEnd"/>
          </w:p>
        </w:tc>
        <w:tc>
          <w:tcPr>
            <w:tcW w:w="4500" w:type="dxa"/>
            <w:tcMar>
              <w:top w:w="90" w:type="dxa"/>
              <w:left w:w="110" w:type="dxa"/>
              <w:bottom w:w="90" w:type="dxa"/>
              <w:right w:w="110" w:type="dxa"/>
            </w:tcMar>
            <w:vAlign w:val="center"/>
          </w:tcPr>
          <w:p w14:paraId="1E1111E5" w14:textId="77777777" w:rsidR="00322AF6" w:rsidRDefault="00000000">
            <w:pPr>
              <w:rPr>
                <w:lang w:eastAsia="zh-TW"/>
              </w:rPr>
            </w:pPr>
            <w:r>
              <w:rPr>
                <w:sz w:val="16"/>
                <w:lang w:eastAsia="zh-TW"/>
              </w:rPr>
              <w:t>報價完整性、各項單價及數量編列合理性、總價與服務內容之相符程度</w:t>
            </w:r>
          </w:p>
        </w:tc>
        <w:tc>
          <w:tcPr>
            <w:tcW w:w="600" w:type="dxa"/>
            <w:tcMar>
              <w:top w:w="90" w:type="dxa"/>
              <w:left w:w="110" w:type="dxa"/>
              <w:bottom w:w="90" w:type="dxa"/>
              <w:right w:w="110" w:type="dxa"/>
            </w:tcMar>
            <w:vAlign w:val="center"/>
          </w:tcPr>
          <w:p w14:paraId="0FE8309F" w14:textId="77777777" w:rsidR="00322AF6" w:rsidRDefault="00000000">
            <w:r>
              <w:rPr>
                <w:sz w:val="16"/>
              </w:rPr>
              <w:t>20</w:t>
            </w:r>
          </w:p>
        </w:tc>
        <w:tc>
          <w:tcPr>
            <w:tcW w:w="760" w:type="dxa"/>
            <w:tcMar>
              <w:top w:w="90" w:type="dxa"/>
              <w:left w:w="110" w:type="dxa"/>
              <w:bottom w:w="90" w:type="dxa"/>
              <w:right w:w="110" w:type="dxa"/>
            </w:tcMar>
            <w:vAlign w:val="center"/>
          </w:tcPr>
          <w:p w14:paraId="599E009A" w14:textId="77777777" w:rsidR="00322AF6" w:rsidRDefault="00322AF6"/>
        </w:tc>
        <w:tc>
          <w:tcPr>
            <w:tcW w:w="760" w:type="dxa"/>
            <w:tcMar>
              <w:top w:w="90" w:type="dxa"/>
              <w:left w:w="110" w:type="dxa"/>
              <w:bottom w:w="90" w:type="dxa"/>
              <w:right w:w="110" w:type="dxa"/>
            </w:tcMar>
            <w:vAlign w:val="center"/>
          </w:tcPr>
          <w:p w14:paraId="1D8A00AB" w14:textId="77777777" w:rsidR="00322AF6" w:rsidRDefault="00322AF6"/>
        </w:tc>
        <w:tc>
          <w:tcPr>
            <w:tcW w:w="760" w:type="dxa"/>
            <w:tcMar>
              <w:top w:w="90" w:type="dxa"/>
              <w:left w:w="110" w:type="dxa"/>
              <w:bottom w:w="90" w:type="dxa"/>
              <w:right w:w="110" w:type="dxa"/>
            </w:tcMar>
            <w:vAlign w:val="center"/>
          </w:tcPr>
          <w:p w14:paraId="5248691A" w14:textId="77777777" w:rsidR="00322AF6" w:rsidRDefault="00322AF6">
            <w:pPr>
              <w:jc w:val="center"/>
            </w:pPr>
          </w:p>
        </w:tc>
      </w:tr>
      <w:tr w:rsidR="00322AF6" w14:paraId="4D61F4EB" w14:textId="77777777">
        <w:trPr>
          <w:jc w:val="center"/>
        </w:trPr>
        <w:tc>
          <w:tcPr>
            <w:tcW w:w="480" w:type="dxa"/>
            <w:tcMar>
              <w:top w:w="90" w:type="dxa"/>
              <w:left w:w="110" w:type="dxa"/>
              <w:bottom w:w="90" w:type="dxa"/>
              <w:right w:w="110" w:type="dxa"/>
            </w:tcMar>
            <w:vAlign w:val="center"/>
          </w:tcPr>
          <w:p w14:paraId="536DDB9F" w14:textId="77777777" w:rsidR="00322AF6" w:rsidRDefault="00000000">
            <w:pPr>
              <w:jc w:val="center"/>
            </w:pPr>
            <w:r>
              <w:rPr>
                <w:sz w:val="16"/>
              </w:rPr>
              <w:t>4</w:t>
            </w:r>
          </w:p>
        </w:tc>
        <w:tc>
          <w:tcPr>
            <w:tcW w:w="1300" w:type="dxa"/>
            <w:tcMar>
              <w:top w:w="90" w:type="dxa"/>
              <w:left w:w="110" w:type="dxa"/>
              <w:bottom w:w="90" w:type="dxa"/>
              <w:right w:w="110" w:type="dxa"/>
            </w:tcMar>
            <w:vAlign w:val="center"/>
          </w:tcPr>
          <w:p w14:paraId="388F4FC8" w14:textId="77777777" w:rsidR="00322AF6" w:rsidRDefault="00000000">
            <w:proofErr w:type="spellStart"/>
            <w:r>
              <w:rPr>
                <w:sz w:val="16"/>
              </w:rPr>
              <w:t>簡報及答詢</w:t>
            </w:r>
            <w:proofErr w:type="spellEnd"/>
          </w:p>
        </w:tc>
        <w:tc>
          <w:tcPr>
            <w:tcW w:w="4500" w:type="dxa"/>
            <w:tcMar>
              <w:top w:w="90" w:type="dxa"/>
              <w:left w:w="110" w:type="dxa"/>
              <w:bottom w:w="90" w:type="dxa"/>
              <w:right w:w="110" w:type="dxa"/>
            </w:tcMar>
            <w:vAlign w:val="center"/>
          </w:tcPr>
          <w:p w14:paraId="6CF49082" w14:textId="77777777" w:rsidR="00322AF6" w:rsidRDefault="00000000">
            <w:pPr>
              <w:rPr>
                <w:lang w:eastAsia="zh-TW"/>
              </w:rPr>
            </w:pPr>
            <w:r>
              <w:rPr>
                <w:sz w:val="16"/>
                <w:lang w:eastAsia="zh-TW"/>
              </w:rPr>
              <w:t>簡報內容完整性、對本案需求之掌握程度及答</w:t>
            </w:r>
            <w:proofErr w:type="gramStart"/>
            <w:r>
              <w:rPr>
                <w:sz w:val="16"/>
                <w:lang w:eastAsia="zh-TW"/>
              </w:rPr>
              <w:t>詢</w:t>
            </w:r>
            <w:proofErr w:type="gramEnd"/>
            <w:r>
              <w:rPr>
                <w:sz w:val="16"/>
                <w:lang w:eastAsia="zh-TW"/>
              </w:rPr>
              <w:t>明確性</w:t>
            </w:r>
          </w:p>
        </w:tc>
        <w:tc>
          <w:tcPr>
            <w:tcW w:w="600" w:type="dxa"/>
            <w:tcMar>
              <w:top w:w="90" w:type="dxa"/>
              <w:left w:w="110" w:type="dxa"/>
              <w:bottom w:w="90" w:type="dxa"/>
              <w:right w:w="110" w:type="dxa"/>
            </w:tcMar>
            <w:vAlign w:val="center"/>
          </w:tcPr>
          <w:p w14:paraId="7D58B7CB" w14:textId="77777777" w:rsidR="00322AF6" w:rsidRDefault="00000000">
            <w:r>
              <w:rPr>
                <w:sz w:val="16"/>
              </w:rPr>
              <w:t>10</w:t>
            </w:r>
          </w:p>
        </w:tc>
        <w:tc>
          <w:tcPr>
            <w:tcW w:w="760" w:type="dxa"/>
            <w:tcMar>
              <w:top w:w="90" w:type="dxa"/>
              <w:left w:w="110" w:type="dxa"/>
              <w:bottom w:w="90" w:type="dxa"/>
              <w:right w:w="110" w:type="dxa"/>
            </w:tcMar>
            <w:vAlign w:val="center"/>
          </w:tcPr>
          <w:p w14:paraId="4F8FEE97" w14:textId="77777777" w:rsidR="00322AF6" w:rsidRDefault="00322AF6"/>
        </w:tc>
        <w:tc>
          <w:tcPr>
            <w:tcW w:w="760" w:type="dxa"/>
            <w:tcMar>
              <w:top w:w="90" w:type="dxa"/>
              <w:left w:w="110" w:type="dxa"/>
              <w:bottom w:w="90" w:type="dxa"/>
              <w:right w:w="110" w:type="dxa"/>
            </w:tcMar>
            <w:vAlign w:val="center"/>
          </w:tcPr>
          <w:p w14:paraId="5FC0FCD5" w14:textId="77777777" w:rsidR="00322AF6" w:rsidRDefault="00322AF6"/>
        </w:tc>
        <w:tc>
          <w:tcPr>
            <w:tcW w:w="760" w:type="dxa"/>
            <w:tcMar>
              <w:top w:w="90" w:type="dxa"/>
              <w:left w:w="110" w:type="dxa"/>
              <w:bottom w:w="90" w:type="dxa"/>
              <w:right w:w="110" w:type="dxa"/>
            </w:tcMar>
            <w:vAlign w:val="center"/>
          </w:tcPr>
          <w:p w14:paraId="09B05964" w14:textId="77777777" w:rsidR="00322AF6" w:rsidRDefault="00322AF6">
            <w:pPr>
              <w:jc w:val="center"/>
            </w:pPr>
          </w:p>
        </w:tc>
      </w:tr>
      <w:tr w:rsidR="00322AF6" w14:paraId="3D6D4CD7" w14:textId="77777777">
        <w:trPr>
          <w:jc w:val="center"/>
        </w:trPr>
        <w:tc>
          <w:tcPr>
            <w:tcW w:w="480" w:type="dxa"/>
            <w:tcMar>
              <w:top w:w="90" w:type="dxa"/>
              <w:left w:w="110" w:type="dxa"/>
              <w:bottom w:w="90" w:type="dxa"/>
              <w:right w:w="110" w:type="dxa"/>
            </w:tcMar>
            <w:vAlign w:val="center"/>
          </w:tcPr>
          <w:p w14:paraId="41FDBFED" w14:textId="77777777" w:rsidR="00322AF6" w:rsidRDefault="00322AF6">
            <w:pPr>
              <w:jc w:val="center"/>
            </w:pPr>
          </w:p>
        </w:tc>
        <w:tc>
          <w:tcPr>
            <w:tcW w:w="1300" w:type="dxa"/>
            <w:tcMar>
              <w:top w:w="90" w:type="dxa"/>
              <w:left w:w="110" w:type="dxa"/>
              <w:bottom w:w="90" w:type="dxa"/>
              <w:right w:w="110" w:type="dxa"/>
            </w:tcMar>
            <w:vAlign w:val="center"/>
          </w:tcPr>
          <w:p w14:paraId="3EB8B7CC" w14:textId="77777777" w:rsidR="00322AF6" w:rsidRDefault="00000000">
            <w:proofErr w:type="spellStart"/>
            <w:r>
              <w:rPr>
                <w:sz w:val="16"/>
              </w:rPr>
              <w:t>得分合計</w:t>
            </w:r>
            <w:proofErr w:type="spellEnd"/>
          </w:p>
        </w:tc>
        <w:tc>
          <w:tcPr>
            <w:tcW w:w="4500" w:type="dxa"/>
            <w:tcMar>
              <w:top w:w="90" w:type="dxa"/>
              <w:left w:w="110" w:type="dxa"/>
              <w:bottom w:w="90" w:type="dxa"/>
              <w:right w:w="110" w:type="dxa"/>
            </w:tcMar>
            <w:vAlign w:val="center"/>
          </w:tcPr>
          <w:p w14:paraId="4F6FD8A3" w14:textId="77777777" w:rsidR="00322AF6" w:rsidRDefault="00322AF6"/>
        </w:tc>
        <w:tc>
          <w:tcPr>
            <w:tcW w:w="600" w:type="dxa"/>
            <w:tcMar>
              <w:top w:w="90" w:type="dxa"/>
              <w:left w:w="110" w:type="dxa"/>
              <w:bottom w:w="90" w:type="dxa"/>
              <w:right w:w="110" w:type="dxa"/>
            </w:tcMar>
            <w:vAlign w:val="center"/>
          </w:tcPr>
          <w:p w14:paraId="10D6C2A7" w14:textId="77777777" w:rsidR="00322AF6" w:rsidRDefault="00000000">
            <w:r>
              <w:rPr>
                <w:sz w:val="16"/>
              </w:rPr>
              <w:t>100</w:t>
            </w:r>
          </w:p>
        </w:tc>
        <w:tc>
          <w:tcPr>
            <w:tcW w:w="760" w:type="dxa"/>
            <w:tcMar>
              <w:top w:w="90" w:type="dxa"/>
              <w:left w:w="110" w:type="dxa"/>
              <w:bottom w:w="90" w:type="dxa"/>
              <w:right w:w="110" w:type="dxa"/>
            </w:tcMar>
            <w:vAlign w:val="center"/>
          </w:tcPr>
          <w:p w14:paraId="19F6478E" w14:textId="77777777" w:rsidR="00322AF6" w:rsidRDefault="00322AF6"/>
        </w:tc>
        <w:tc>
          <w:tcPr>
            <w:tcW w:w="760" w:type="dxa"/>
            <w:tcMar>
              <w:top w:w="90" w:type="dxa"/>
              <w:left w:w="110" w:type="dxa"/>
              <w:bottom w:w="90" w:type="dxa"/>
              <w:right w:w="110" w:type="dxa"/>
            </w:tcMar>
            <w:vAlign w:val="center"/>
          </w:tcPr>
          <w:p w14:paraId="1823BF9F" w14:textId="77777777" w:rsidR="00322AF6" w:rsidRDefault="00322AF6"/>
        </w:tc>
        <w:tc>
          <w:tcPr>
            <w:tcW w:w="760" w:type="dxa"/>
            <w:tcMar>
              <w:top w:w="90" w:type="dxa"/>
              <w:left w:w="110" w:type="dxa"/>
              <w:bottom w:w="90" w:type="dxa"/>
              <w:right w:w="110" w:type="dxa"/>
            </w:tcMar>
            <w:vAlign w:val="center"/>
          </w:tcPr>
          <w:p w14:paraId="2E7AF09C" w14:textId="77777777" w:rsidR="00322AF6" w:rsidRDefault="00322AF6">
            <w:pPr>
              <w:jc w:val="center"/>
            </w:pPr>
          </w:p>
        </w:tc>
      </w:tr>
      <w:tr w:rsidR="00322AF6" w14:paraId="1690D0E0" w14:textId="77777777">
        <w:trPr>
          <w:jc w:val="center"/>
        </w:trPr>
        <w:tc>
          <w:tcPr>
            <w:tcW w:w="480" w:type="dxa"/>
            <w:tcMar>
              <w:top w:w="90" w:type="dxa"/>
              <w:left w:w="110" w:type="dxa"/>
              <w:bottom w:w="90" w:type="dxa"/>
              <w:right w:w="110" w:type="dxa"/>
            </w:tcMar>
            <w:vAlign w:val="center"/>
          </w:tcPr>
          <w:p w14:paraId="2529A87A" w14:textId="77777777" w:rsidR="00322AF6" w:rsidRDefault="00322AF6">
            <w:pPr>
              <w:jc w:val="center"/>
            </w:pPr>
          </w:p>
        </w:tc>
        <w:tc>
          <w:tcPr>
            <w:tcW w:w="1300" w:type="dxa"/>
            <w:tcMar>
              <w:top w:w="90" w:type="dxa"/>
              <w:left w:w="110" w:type="dxa"/>
              <w:bottom w:w="90" w:type="dxa"/>
              <w:right w:w="110" w:type="dxa"/>
            </w:tcMar>
            <w:vAlign w:val="center"/>
          </w:tcPr>
          <w:p w14:paraId="4A311807" w14:textId="77777777" w:rsidR="00322AF6" w:rsidRDefault="00000000">
            <w:proofErr w:type="spellStart"/>
            <w:r>
              <w:rPr>
                <w:sz w:val="16"/>
              </w:rPr>
              <w:t>轉換序位</w:t>
            </w:r>
            <w:proofErr w:type="spellEnd"/>
          </w:p>
        </w:tc>
        <w:tc>
          <w:tcPr>
            <w:tcW w:w="4500" w:type="dxa"/>
            <w:tcMar>
              <w:top w:w="90" w:type="dxa"/>
              <w:left w:w="110" w:type="dxa"/>
              <w:bottom w:w="90" w:type="dxa"/>
              <w:right w:w="110" w:type="dxa"/>
            </w:tcMar>
            <w:vAlign w:val="center"/>
          </w:tcPr>
          <w:p w14:paraId="587397DD" w14:textId="77777777" w:rsidR="00322AF6" w:rsidRDefault="00322AF6"/>
        </w:tc>
        <w:tc>
          <w:tcPr>
            <w:tcW w:w="600" w:type="dxa"/>
            <w:tcMar>
              <w:top w:w="90" w:type="dxa"/>
              <w:left w:w="110" w:type="dxa"/>
              <w:bottom w:w="90" w:type="dxa"/>
              <w:right w:w="110" w:type="dxa"/>
            </w:tcMar>
            <w:vAlign w:val="center"/>
          </w:tcPr>
          <w:p w14:paraId="6595D286" w14:textId="77777777" w:rsidR="00322AF6" w:rsidRDefault="00322AF6"/>
        </w:tc>
        <w:tc>
          <w:tcPr>
            <w:tcW w:w="760" w:type="dxa"/>
            <w:tcMar>
              <w:top w:w="90" w:type="dxa"/>
              <w:left w:w="110" w:type="dxa"/>
              <w:bottom w:w="90" w:type="dxa"/>
              <w:right w:w="110" w:type="dxa"/>
            </w:tcMar>
            <w:vAlign w:val="center"/>
          </w:tcPr>
          <w:p w14:paraId="3FBA4555" w14:textId="77777777" w:rsidR="00322AF6" w:rsidRDefault="00322AF6"/>
        </w:tc>
        <w:tc>
          <w:tcPr>
            <w:tcW w:w="760" w:type="dxa"/>
            <w:tcMar>
              <w:top w:w="90" w:type="dxa"/>
              <w:left w:w="110" w:type="dxa"/>
              <w:bottom w:w="90" w:type="dxa"/>
              <w:right w:w="110" w:type="dxa"/>
            </w:tcMar>
            <w:vAlign w:val="center"/>
          </w:tcPr>
          <w:p w14:paraId="6802A1DF" w14:textId="77777777" w:rsidR="00322AF6" w:rsidRDefault="00322AF6"/>
        </w:tc>
        <w:tc>
          <w:tcPr>
            <w:tcW w:w="760" w:type="dxa"/>
            <w:tcMar>
              <w:top w:w="90" w:type="dxa"/>
              <w:left w:w="110" w:type="dxa"/>
              <w:bottom w:w="90" w:type="dxa"/>
              <w:right w:w="110" w:type="dxa"/>
            </w:tcMar>
            <w:vAlign w:val="center"/>
          </w:tcPr>
          <w:p w14:paraId="4808D99A" w14:textId="77777777" w:rsidR="00322AF6" w:rsidRDefault="00322AF6">
            <w:pPr>
              <w:jc w:val="center"/>
            </w:pPr>
          </w:p>
        </w:tc>
      </w:tr>
    </w:tbl>
    <w:p w14:paraId="4CA9D261" w14:textId="77777777" w:rsidR="00322AF6" w:rsidRDefault="00000000">
      <w:pPr>
        <w:pStyle w:val="af"/>
      </w:pPr>
      <w:proofErr w:type="spellStart"/>
      <w:r>
        <w:t>評審委員意見</w:t>
      </w:r>
      <w:proofErr w:type="spellEnd"/>
      <w:r>
        <w:t>：</w:t>
      </w:r>
    </w:p>
    <w:p w14:paraId="39D92B17" w14:textId="77777777" w:rsidR="00BD1E4D" w:rsidRDefault="00BD1E4D">
      <w:pPr>
        <w:rPr>
          <w:lang w:eastAsia="zh-TW"/>
        </w:rPr>
      </w:pPr>
      <w:r>
        <w:rPr>
          <w:rFonts w:hint="eastAsia"/>
          <w:lang w:eastAsia="zh-TW"/>
        </w:rPr>
        <w:t xml:space="preserve">                                                                                                                                   </w:t>
      </w:r>
    </w:p>
    <w:p w14:paraId="3010F445" w14:textId="77777777" w:rsidR="00BD1E4D" w:rsidRDefault="00BD1E4D">
      <w:pPr>
        <w:rPr>
          <w:lang w:eastAsia="zh-TW"/>
        </w:rPr>
      </w:pPr>
    </w:p>
    <w:p w14:paraId="3FE37AEA" w14:textId="5B56E80C" w:rsidR="00322AF6" w:rsidRDefault="00BD1E4D">
      <w:r>
        <w:rPr>
          <w:noProof/>
          <w:lang w:eastAsia="zh-TW"/>
        </w:rPr>
        <w:drawing>
          <wp:inline distT="0" distB="0" distL="0" distR="0" wp14:anchorId="6143A822" wp14:editId="1EDDAAD7">
            <wp:extent cx="5953125" cy="2329180"/>
            <wp:effectExtent l="0" t="0" r="0" b="0"/>
            <wp:docPr id="17816492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2329180"/>
                    </a:xfrm>
                    <a:prstGeom prst="rect">
                      <a:avLst/>
                    </a:prstGeom>
                    <a:noFill/>
                  </pic:spPr>
                </pic:pic>
              </a:graphicData>
            </a:graphic>
          </wp:inline>
        </w:drawing>
      </w:r>
    </w:p>
    <w:p w14:paraId="14EF2C71" w14:textId="77777777" w:rsidR="00322AF6" w:rsidRDefault="00000000">
      <w:pPr>
        <w:pStyle w:val="1"/>
        <w:rPr>
          <w:lang w:eastAsia="zh-TW"/>
        </w:rPr>
      </w:pPr>
      <w:r>
        <w:rPr>
          <w:lang w:eastAsia="zh-TW"/>
        </w:rPr>
        <w:lastRenderedPageBreak/>
        <w:t>附件二　評審委員評審總表</w:t>
      </w:r>
    </w:p>
    <w:p w14:paraId="36889ED4" w14:textId="77777777" w:rsidR="00322AF6" w:rsidRDefault="00000000">
      <w:pPr>
        <w:jc w:val="center"/>
        <w:rPr>
          <w:lang w:eastAsia="zh-TW"/>
        </w:rPr>
      </w:pPr>
      <w:r>
        <w:rPr>
          <w:b/>
          <w:sz w:val="24"/>
          <w:lang w:eastAsia="zh-TW"/>
        </w:rPr>
        <w:t>2026台維斯</w:t>
      </w:r>
      <w:proofErr w:type="gramStart"/>
      <w:r>
        <w:rPr>
          <w:b/>
          <w:sz w:val="24"/>
          <w:lang w:eastAsia="zh-TW"/>
        </w:rPr>
        <w:t>盃</w:t>
      </w:r>
      <w:proofErr w:type="gramEnd"/>
      <w:r>
        <w:rPr>
          <w:b/>
          <w:sz w:val="24"/>
          <w:lang w:eastAsia="zh-TW"/>
        </w:rPr>
        <w:t>國際男子網球團體錦標賽世界一級中華台北對瑞典網路及其他器材租用採購案</w:t>
      </w:r>
    </w:p>
    <w:p w14:paraId="3241F233" w14:textId="77777777" w:rsidR="00322AF6" w:rsidRDefault="00000000">
      <w:pPr>
        <w:jc w:val="center"/>
        <w:rPr>
          <w:lang w:eastAsia="zh-TW"/>
        </w:rPr>
      </w:pPr>
      <w:r>
        <w:rPr>
          <w:b/>
          <w:sz w:val="28"/>
          <w:lang w:eastAsia="zh-TW"/>
        </w:rPr>
        <w:t>評審委員評審總表</w:t>
      </w:r>
    </w:p>
    <w:p w14:paraId="26F5576F" w14:textId="77777777" w:rsidR="00322AF6" w:rsidRDefault="00000000">
      <w:pPr>
        <w:pStyle w:val="af"/>
        <w:rPr>
          <w:lang w:eastAsia="zh-TW"/>
        </w:rPr>
      </w:pPr>
      <w:r>
        <w:rPr>
          <w:lang w:eastAsia="zh-TW"/>
        </w:rPr>
        <w:t>日期：______年______月______日</w:t>
      </w:r>
    </w:p>
    <w:tbl>
      <w:tblPr>
        <w:tblStyle w:val="aff2"/>
        <w:tblW w:w="8716" w:type="dxa"/>
        <w:jc w:val="center"/>
        <w:tblLayout w:type="fixed"/>
        <w:tblLook w:val="04A0" w:firstRow="1" w:lastRow="0" w:firstColumn="1" w:lastColumn="0" w:noHBand="0" w:noVBand="1"/>
      </w:tblPr>
      <w:tblGrid>
        <w:gridCol w:w="1396"/>
        <w:gridCol w:w="1120"/>
        <w:gridCol w:w="700"/>
        <w:gridCol w:w="620"/>
        <w:gridCol w:w="1120"/>
        <w:gridCol w:w="700"/>
        <w:gridCol w:w="620"/>
        <w:gridCol w:w="1120"/>
        <w:gridCol w:w="700"/>
        <w:gridCol w:w="620"/>
      </w:tblGrid>
      <w:tr w:rsidR="00322AF6" w14:paraId="210D1316" w14:textId="77777777" w:rsidTr="00587997">
        <w:trPr>
          <w:tblHeader/>
          <w:jc w:val="center"/>
        </w:trPr>
        <w:tc>
          <w:tcPr>
            <w:tcW w:w="1396" w:type="dxa"/>
            <w:shd w:val="clear" w:color="auto" w:fill="D9E2F3"/>
            <w:tcMar>
              <w:top w:w="90" w:type="dxa"/>
              <w:left w:w="110" w:type="dxa"/>
              <w:bottom w:w="90" w:type="dxa"/>
              <w:right w:w="110" w:type="dxa"/>
            </w:tcMar>
            <w:vAlign w:val="center"/>
          </w:tcPr>
          <w:p w14:paraId="2D280D0D" w14:textId="77777777" w:rsidR="00322AF6" w:rsidRDefault="00000000">
            <w:pPr>
              <w:jc w:val="center"/>
            </w:pPr>
            <w:proofErr w:type="spellStart"/>
            <w:r>
              <w:rPr>
                <w:b/>
                <w:sz w:val="15"/>
              </w:rPr>
              <w:t>委員</w:t>
            </w:r>
            <w:proofErr w:type="spellEnd"/>
          </w:p>
        </w:tc>
        <w:tc>
          <w:tcPr>
            <w:tcW w:w="1120" w:type="dxa"/>
            <w:shd w:val="clear" w:color="auto" w:fill="D9E2F3"/>
            <w:tcMar>
              <w:top w:w="90" w:type="dxa"/>
              <w:left w:w="110" w:type="dxa"/>
              <w:bottom w:w="90" w:type="dxa"/>
              <w:right w:w="110" w:type="dxa"/>
            </w:tcMar>
            <w:vAlign w:val="center"/>
          </w:tcPr>
          <w:p w14:paraId="74896963" w14:textId="77777777" w:rsidR="00322AF6" w:rsidRDefault="00000000">
            <w:pPr>
              <w:jc w:val="center"/>
            </w:pPr>
            <w:r>
              <w:rPr>
                <w:b/>
                <w:sz w:val="15"/>
              </w:rPr>
              <w:t>廠商1標價</w:t>
            </w:r>
          </w:p>
        </w:tc>
        <w:tc>
          <w:tcPr>
            <w:tcW w:w="700" w:type="dxa"/>
            <w:shd w:val="clear" w:color="auto" w:fill="D9E2F3"/>
            <w:tcMar>
              <w:top w:w="90" w:type="dxa"/>
              <w:left w:w="110" w:type="dxa"/>
              <w:bottom w:w="90" w:type="dxa"/>
              <w:right w:w="110" w:type="dxa"/>
            </w:tcMar>
            <w:vAlign w:val="center"/>
          </w:tcPr>
          <w:p w14:paraId="569CE79C" w14:textId="77777777" w:rsidR="00322AF6" w:rsidRDefault="00000000">
            <w:pPr>
              <w:jc w:val="center"/>
            </w:pPr>
            <w:proofErr w:type="spellStart"/>
            <w:r>
              <w:rPr>
                <w:b/>
                <w:sz w:val="15"/>
              </w:rPr>
              <w:t>得分</w:t>
            </w:r>
            <w:proofErr w:type="spellEnd"/>
          </w:p>
        </w:tc>
        <w:tc>
          <w:tcPr>
            <w:tcW w:w="620" w:type="dxa"/>
            <w:shd w:val="clear" w:color="auto" w:fill="D9E2F3"/>
            <w:tcMar>
              <w:top w:w="90" w:type="dxa"/>
              <w:left w:w="110" w:type="dxa"/>
              <w:bottom w:w="90" w:type="dxa"/>
              <w:right w:w="110" w:type="dxa"/>
            </w:tcMar>
            <w:vAlign w:val="center"/>
          </w:tcPr>
          <w:p w14:paraId="5C6E3432" w14:textId="77777777" w:rsidR="00322AF6" w:rsidRDefault="00000000">
            <w:pPr>
              <w:jc w:val="center"/>
            </w:pPr>
            <w:proofErr w:type="spellStart"/>
            <w:r>
              <w:rPr>
                <w:b/>
                <w:sz w:val="15"/>
              </w:rPr>
              <w:t>序位</w:t>
            </w:r>
            <w:proofErr w:type="spellEnd"/>
          </w:p>
        </w:tc>
        <w:tc>
          <w:tcPr>
            <w:tcW w:w="1120" w:type="dxa"/>
            <w:shd w:val="clear" w:color="auto" w:fill="D9E2F3"/>
            <w:tcMar>
              <w:top w:w="90" w:type="dxa"/>
              <w:left w:w="110" w:type="dxa"/>
              <w:bottom w:w="90" w:type="dxa"/>
              <w:right w:w="110" w:type="dxa"/>
            </w:tcMar>
            <w:vAlign w:val="center"/>
          </w:tcPr>
          <w:p w14:paraId="0AD54AEB" w14:textId="77777777" w:rsidR="00322AF6" w:rsidRDefault="00000000">
            <w:pPr>
              <w:jc w:val="center"/>
            </w:pPr>
            <w:r>
              <w:rPr>
                <w:b/>
                <w:sz w:val="15"/>
              </w:rPr>
              <w:t>廠商2標價</w:t>
            </w:r>
          </w:p>
        </w:tc>
        <w:tc>
          <w:tcPr>
            <w:tcW w:w="700" w:type="dxa"/>
            <w:shd w:val="clear" w:color="auto" w:fill="D9E2F3"/>
            <w:tcMar>
              <w:top w:w="90" w:type="dxa"/>
              <w:left w:w="110" w:type="dxa"/>
              <w:bottom w:w="90" w:type="dxa"/>
              <w:right w:w="110" w:type="dxa"/>
            </w:tcMar>
            <w:vAlign w:val="center"/>
          </w:tcPr>
          <w:p w14:paraId="33A7CA4D" w14:textId="77777777" w:rsidR="00322AF6" w:rsidRDefault="00000000">
            <w:pPr>
              <w:jc w:val="center"/>
            </w:pPr>
            <w:proofErr w:type="spellStart"/>
            <w:r>
              <w:rPr>
                <w:b/>
                <w:sz w:val="15"/>
              </w:rPr>
              <w:t>得分</w:t>
            </w:r>
            <w:proofErr w:type="spellEnd"/>
          </w:p>
        </w:tc>
        <w:tc>
          <w:tcPr>
            <w:tcW w:w="620" w:type="dxa"/>
            <w:shd w:val="clear" w:color="auto" w:fill="D9E2F3"/>
            <w:tcMar>
              <w:top w:w="90" w:type="dxa"/>
              <w:left w:w="110" w:type="dxa"/>
              <w:bottom w:w="90" w:type="dxa"/>
              <w:right w:w="110" w:type="dxa"/>
            </w:tcMar>
            <w:vAlign w:val="center"/>
          </w:tcPr>
          <w:p w14:paraId="4708B6E7" w14:textId="77777777" w:rsidR="00322AF6" w:rsidRDefault="00000000">
            <w:pPr>
              <w:jc w:val="center"/>
            </w:pPr>
            <w:proofErr w:type="spellStart"/>
            <w:r>
              <w:rPr>
                <w:b/>
                <w:sz w:val="15"/>
              </w:rPr>
              <w:t>序位</w:t>
            </w:r>
            <w:proofErr w:type="spellEnd"/>
          </w:p>
        </w:tc>
        <w:tc>
          <w:tcPr>
            <w:tcW w:w="1120" w:type="dxa"/>
            <w:shd w:val="clear" w:color="auto" w:fill="D9E2F3"/>
            <w:tcMar>
              <w:top w:w="90" w:type="dxa"/>
              <w:left w:w="110" w:type="dxa"/>
              <w:bottom w:w="90" w:type="dxa"/>
              <w:right w:w="110" w:type="dxa"/>
            </w:tcMar>
            <w:vAlign w:val="center"/>
          </w:tcPr>
          <w:p w14:paraId="345D87F9" w14:textId="77777777" w:rsidR="00322AF6" w:rsidRDefault="00000000">
            <w:pPr>
              <w:jc w:val="center"/>
            </w:pPr>
            <w:r>
              <w:rPr>
                <w:b/>
                <w:sz w:val="15"/>
              </w:rPr>
              <w:t>廠商3標價</w:t>
            </w:r>
          </w:p>
        </w:tc>
        <w:tc>
          <w:tcPr>
            <w:tcW w:w="700" w:type="dxa"/>
            <w:shd w:val="clear" w:color="auto" w:fill="D9E2F3"/>
            <w:tcMar>
              <w:top w:w="90" w:type="dxa"/>
              <w:left w:w="110" w:type="dxa"/>
              <w:bottom w:w="90" w:type="dxa"/>
              <w:right w:w="110" w:type="dxa"/>
            </w:tcMar>
            <w:vAlign w:val="center"/>
          </w:tcPr>
          <w:p w14:paraId="03361CF3" w14:textId="77777777" w:rsidR="00322AF6" w:rsidRDefault="00000000">
            <w:pPr>
              <w:jc w:val="center"/>
            </w:pPr>
            <w:proofErr w:type="spellStart"/>
            <w:r>
              <w:rPr>
                <w:b/>
                <w:sz w:val="15"/>
              </w:rPr>
              <w:t>得分</w:t>
            </w:r>
            <w:proofErr w:type="spellEnd"/>
          </w:p>
        </w:tc>
        <w:tc>
          <w:tcPr>
            <w:tcW w:w="620" w:type="dxa"/>
            <w:shd w:val="clear" w:color="auto" w:fill="D9E2F3"/>
            <w:tcMar>
              <w:top w:w="90" w:type="dxa"/>
              <w:left w:w="110" w:type="dxa"/>
              <w:bottom w:w="90" w:type="dxa"/>
              <w:right w:w="110" w:type="dxa"/>
            </w:tcMar>
            <w:vAlign w:val="center"/>
          </w:tcPr>
          <w:p w14:paraId="4E014050" w14:textId="77777777" w:rsidR="00322AF6" w:rsidRDefault="00000000">
            <w:pPr>
              <w:jc w:val="center"/>
            </w:pPr>
            <w:proofErr w:type="spellStart"/>
            <w:r>
              <w:rPr>
                <w:b/>
                <w:sz w:val="15"/>
              </w:rPr>
              <w:t>序位</w:t>
            </w:r>
            <w:proofErr w:type="spellEnd"/>
          </w:p>
        </w:tc>
      </w:tr>
      <w:tr w:rsidR="00322AF6" w14:paraId="2A2CA481" w14:textId="77777777" w:rsidTr="00587997">
        <w:trPr>
          <w:jc w:val="center"/>
        </w:trPr>
        <w:tc>
          <w:tcPr>
            <w:tcW w:w="1396" w:type="dxa"/>
            <w:tcMar>
              <w:top w:w="90" w:type="dxa"/>
              <w:left w:w="110" w:type="dxa"/>
              <w:bottom w:w="90" w:type="dxa"/>
              <w:right w:w="110" w:type="dxa"/>
            </w:tcMar>
            <w:vAlign w:val="center"/>
          </w:tcPr>
          <w:p w14:paraId="0DA1EB31" w14:textId="77777777" w:rsidR="00322AF6" w:rsidRDefault="00000000">
            <w:pPr>
              <w:jc w:val="center"/>
            </w:pPr>
            <w:r>
              <w:rPr>
                <w:sz w:val="15"/>
              </w:rPr>
              <w:t>1</w:t>
            </w:r>
          </w:p>
        </w:tc>
        <w:tc>
          <w:tcPr>
            <w:tcW w:w="1120" w:type="dxa"/>
            <w:tcMar>
              <w:top w:w="90" w:type="dxa"/>
              <w:left w:w="110" w:type="dxa"/>
              <w:bottom w:w="90" w:type="dxa"/>
              <w:right w:w="110" w:type="dxa"/>
            </w:tcMar>
            <w:vAlign w:val="center"/>
          </w:tcPr>
          <w:p w14:paraId="17C8731F" w14:textId="77777777" w:rsidR="00322AF6" w:rsidRDefault="00322AF6"/>
        </w:tc>
        <w:tc>
          <w:tcPr>
            <w:tcW w:w="700" w:type="dxa"/>
            <w:tcMar>
              <w:top w:w="90" w:type="dxa"/>
              <w:left w:w="110" w:type="dxa"/>
              <w:bottom w:w="90" w:type="dxa"/>
              <w:right w:w="110" w:type="dxa"/>
            </w:tcMar>
            <w:vAlign w:val="center"/>
          </w:tcPr>
          <w:p w14:paraId="7FF52833" w14:textId="77777777" w:rsidR="00322AF6" w:rsidRDefault="00322AF6"/>
        </w:tc>
        <w:tc>
          <w:tcPr>
            <w:tcW w:w="620" w:type="dxa"/>
            <w:tcMar>
              <w:top w:w="90" w:type="dxa"/>
              <w:left w:w="110" w:type="dxa"/>
              <w:bottom w:w="90" w:type="dxa"/>
              <w:right w:w="110" w:type="dxa"/>
            </w:tcMar>
            <w:vAlign w:val="center"/>
          </w:tcPr>
          <w:p w14:paraId="7B1438B7" w14:textId="77777777" w:rsidR="00322AF6" w:rsidRDefault="00322AF6"/>
        </w:tc>
        <w:tc>
          <w:tcPr>
            <w:tcW w:w="1120" w:type="dxa"/>
            <w:tcMar>
              <w:top w:w="90" w:type="dxa"/>
              <w:left w:w="110" w:type="dxa"/>
              <w:bottom w:w="90" w:type="dxa"/>
              <w:right w:w="110" w:type="dxa"/>
            </w:tcMar>
            <w:vAlign w:val="center"/>
          </w:tcPr>
          <w:p w14:paraId="51D0BEFD" w14:textId="77777777" w:rsidR="00322AF6" w:rsidRDefault="00322AF6"/>
        </w:tc>
        <w:tc>
          <w:tcPr>
            <w:tcW w:w="700" w:type="dxa"/>
            <w:tcMar>
              <w:top w:w="90" w:type="dxa"/>
              <w:left w:w="110" w:type="dxa"/>
              <w:bottom w:w="90" w:type="dxa"/>
              <w:right w:w="110" w:type="dxa"/>
            </w:tcMar>
            <w:vAlign w:val="center"/>
          </w:tcPr>
          <w:p w14:paraId="503BC926" w14:textId="77777777" w:rsidR="00322AF6" w:rsidRDefault="00322AF6"/>
        </w:tc>
        <w:tc>
          <w:tcPr>
            <w:tcW w:w="620" w:type="dxa"/>
            <w:tcMar>
              <w:top w:w="90" w:type="dxa"/>
              <w:left w:w="110" w:type="dxa"/>
              <w:bottom w:w="90" w:type="dxa"/>
              <w:right w:w="110" w:type="dxa"/>
            </w:tcMar>
            <w:vAlign w:val="center"/>
          </w:tcPr>
          <w:p w14:paraId="20A09D75" w14:textId="77777777" w:rsidR="00322AF6" w:rsidRDefault="00322AF6"/>
        </w:tc>
        <w:tc>
          <w:tcPr>
            <w:tcW w:w="1120" w:type="dxa"/>
            <w:tcMar>
              <w:top w:w="90" w:type="dxa"/>
              <w:left w:w="110" w:type="dxa"/>
              <w:bottom w:w="90" w:type="dxa"/>
              <w:right w:w="110" w:type="dxa"/>
            </w:tcMar>
            <w:vAlign w:val="center"/>
          </w:tcPr>
          <w:p w14:paraId="4CC56580" w14:textId="77777777" w:rsidR="00322AF6" w:rsidRDefault="00322AF6"/>
        </w:tc>
        <w:tc>
          <w:tcPr>
            <w:tcW w:w="700" w:type="dxa"/>
            <w:tcMar>
              <w:top w:w="90" w:type="dxa"/>
              <w:left w:w="110" w:type="dxa"/>
              <w:bottom w:w="90" w:type="dxa"/>
              <w:right w:w="110" w:type="dxa"/>
            </w:tcMar>
            <w:vAlign w:val="center"/>
          </w:tcPr>
          <w:p w14:paraId="4BD3AABA" w14:textId="77777777" w:rsidR="00322AF6" w:rsidRDefault="00322AF6"/>
        </w:tc>
        <w:tc>
          <w:tcPr>
            <w:tcW w:w="620" w:type="dxa"/>
            <w:tcMar>
              <w:top w:w="90" w:type="dxa"/>
              <w:left w:w="110" w:type="dxa"/>
              <w:bottom w:w="90" w:type="dxa"/>
              <w:right w:w="110" w:type="dxa"/>
            </w:tcMar>
            <w:vAlign w:val="center"/>
          </w:tcPr>
          <w:p w14:paraId="12498980" w14:textId="77777777" w:rsidR="00322AF6" w:rsidRDefault="00322AF6">
            <w:pPr>
              <w:jc w:val="center"/>
            </w:pPr>
          </w:p>
        </w:tc>
      </w:tr>
      <w:tr w:rsidR="00322AF6" w14:paraId="19B7EB3B" w14:textId="77777777" w:rsidTr="00587997">
        <w:trPr>
          <w:jc w:val="center"/>
        </w:trPr>
        <w:tc>
          <w:tcPr>
            <w:tcW w:w="1396" w:type="dxa"/>
            <w:tcMar>
              <w:top w:w="90" w:type="dxa"/>
              <w:left w:w="110" w:type="dxa"/>
              <w:bottom w:w="90" w:type="dxa"/>
              <w:right w:w="110" w:type="dxa"/>
            </w:tcMar>
            <w:vAlign w:val="center"/>
          </w:tcPr>
          <w:p w14:paraId="0DAFBAC3" w14:textId="77777777" w:rsidR="00322AF6" w:rsidRDefault="00000000">
            <w:pPr>
              <w:jc w:val="center"/>
            </w:pPr>
            <w:r>
              <w:rPr>
                <w:sz w:val="15"/>
              </w:rPr>
              <w:t>2</w:t>
            </w:r>
          </w:p>
        </w:tc>
        <w:tc>
          <w:tcPr>
            <w:tcW w:w="1120" w:type="dxa"/>
            <w:tcMar>
              <w:top w:w="90" w:type="dxa"/>
              <w:left w:w="110" w:type="dxa"/>
              <w:bottom w:w="90" w:type="dxa"/>
              <w:right w:w="110" w:type="dxa"/>
            </w:tcMar>
            <w:vAlign w:val="center"/>
          </w:tcPr>
          <w:p w14:paraId="299C92C6" w14:textId="77777777" w:rsidR="00322AF6" w:rsidRDefault="00322AF6"/>
        </w:tc>
        <w:tc>
          <w:tcPr>
            <w:tcW w:w="700" w:type="dxa"/>
            <w:tcMar>
              <w:top w:w="90" w:type="dxa"/>
              <w:left w:w="110" w:type="dxa"/>
              <w:bottom w:w="90" w:type="dxa"/>
              <w:right w:w="110" w:type="dxa"/>
            </w:tcMar>
            <w:vAlign w:val="center"/>
          </w:tcPr>
          <w:p w14:paraId="76B777CA" w14:textId="77777777" w:rsidR="00322AF6" w:rsidRDefault="00322AF6"/>
        </w:tc>
        <w:tc>
          <w:tcPr>
            <w:tcW w:w="620" w:type="dxa"/>
            <w:tcMar>
              <w:top w:w="90" w:type="dxa"/>
              <w:left w:w="110" w:type="dxa"/>
              <w:bottom w:w="90" w:type="dxa"/>
              <w:right w:w="110" w:type="dxa"/>
            </w:tcMar>
            <w:vAlign w:val="center"/>
          </w:tcPr>
          <w:p w14:paraId="777B739F" w14:textId="77777777" w:rsidR="00322AF6" w:rsidRDefault="00322AF6"/>
        </w:tc>
        <w:tc>
          <w:tcPr>
            <w:tcW w:w="1120" w:type="dxa"/>
            <w:tcMar>
              <w:top w:w="90" w:type="dxa"/>
              <w:left w:w="110" w:type="dxa"/>
              <w:bottom w:w="90" w:type="dxa"/>
              <w:right w:w="110" w:type="dxa"/>
            </w:tcMar>
            <w:vAlign w:val="center"/>
          </w:tcPr>
          <w:p w14:paraId="560F82B0" w14:textId="77777777" w:rsidR="00322AF6" w:rsidRDefault="00322AF6"/>
        </w:tc>
        <w:tc>
          <w:tcPr>
            <w:tcW w:w="700" w:type="dxa"/>
            <w:tcMar>
              <w:top w:w="90" w:type="dxa"/>
              <w:left w:w="110" w:type="dxa"/>
              <w:bottom w:w="90" w:type="dxa"/>
              <w:right w:w="110" w:type="dxa"/>
            </w:tcMar>
            <w:vAlign w:val="center"/>
          </w:tcPr>
          <w:p w14:paraId="2C157161" w14:textId="77777777" w:rsidR="00322AF6" w:rsidRDefault="00322AF6"/>
        </w:tc>
        <w:tc>
          <w:tcPr>
            <w:tcW w:w="620" w:type="dxa"/>
            <w:tcMar>
              <w:top w:w="90" w:type="dxa"/>
              <w:left w:w="110" w:type="dxa"/>
              <w:bottom w:w="90" w:type="dxa"/>
              <w:right w:w="110" w:type="dxa"/>
            </w:tcMar>
            <w:vAlign w:val="center"/>
          </w:tcPr>
          <w:p w14:paraId="4DAB6F1A" w14:textId="77777777" w:rsidR="00322AF6" w:rsidRDefault="00322AF6"/>
        </w:tc>
        <w:tc>
          <w:tcPr>
            <w:tcW w:w="1120" w:type="dxa"/>
            <w:tcMar>
              <w:top w:w="90" w:type="dxa"/>
              <w:left w:w="110" w:type="dxa"/>
              <w:bottom w:w="90" w:type="dxa"/>
              <w:right w:w="110" w:type="dxa"/>
            </w:tcMar>
            <w:vAlign w:val="center"/>
          </w:tcPr>
          <w:p w14:paraId="44D2229E" w14:textId="77777777" w:rsidR="00322AF6" w:rsidRDefault="00322AF6"/>
        </w:tc>
        <w:tc>
          <w:tcPr>
            <w:tcW w:w="700" w:type="dxa"/>
            <w:tcMar>
              <w:top w:w="90" w:type="dxa"/>
              <w:left w:w="110" w:type="dxa"/>
              <w:bottom w:w="90" w:type="dxa"/>
              <w:right w:w="110" w:type="dxa"/>
            </w:tcMar>
            <w:vAlign w:val="center"/>
          </w:tcPr>
          <w:p w14:paraId="4C86EFFF" w14:textId="77777777" w:rsidR="00322AF6" w:rsidRDefault="00322AF6"/>
        </w:tc>
        <w:tc>
          <w:tcPr>
            <w:tcW w:w="620" w:type="dxa"/>
            <w:tcMar>
              <w:top w:w="90" w:type="dxa"/>
              <w:left w:w="110" w:type="dxa"/>
              <w:bottom w:w="90" w:type="dxa"/>
              <w:right w:w="110" w:type="dxa"/>
            </w:tcMar>
            <w:vAlign w:val="center"/>
          </w:tcPr>
          <w:p w14:paraId="6FB1F95A" w14:textId="77777777" w:rsidR="00322AF6" w:rsidRDefault="00322AF6">
            <w:pPr>
              <w:jc w:val="center"/>
            </w:pPr>
          </w:p>
        </w:tc>
      </w:tr>
      <w:tr w:rsidR="00322AF6" w14:paraId="00561573" w14:textId="77777777" w:rsidTr="00587997">
        <w:trPr>
          <w:jc w:val="center"/>
        </w:trPr>
        <w:tc>
          <w:tcPr>
            <w:tcW w:w="1396" w:type="dxa"/>
            <w:tcMar>
              <w:top w:w="90" w:type="dxa"/>
              <w:left w:w="110" w:type="dxa"/>
              <w:bottom w:w="90" w:type="dxa"/>
              <w:right w:w="110" w:type="dxa"/>
            </w:tcMar>
            <w:vAlign w:val="center"/>
          </w:tcPr>
          <w:p w14:paraId="3FC801E3" w14:textId="77777777" w:rsidR="00322AF6" w:rsidRDefault="00000000">
            <w:pPr>
              <w:jc w:val="center"/>
            </w:pPr>
            <w:r>
              <w:rPr>
                <w:sz w:val="15"/>
              </w:rPr>
              <w:t>3</w:t>
            </w:r>
          </w:p>
        </w:tc>
        <w:tc>
          <w:tcPr>
            <w:tcW w:w="1120" w:type="dxa"/>
            <w:tcMar>
              <w:top w:w="90" w:type="dxa"/>
              <w:left w:w="110" w:type="dxa"/>
              <w:bottom w:w="90" w:type="dxa"/>
              <w:right w:w="110" w:type="dxa"/>
            </w:tcMar>
            <w:vAlign w:val="center"/>
          </w:tcPr>
          <w:p w14:paraId="76FD37EE" w14:textId="77777777" w:rsidR="00322AF6" w:rsidRDefault="00322AF6"/>
        </w:tc>
        <w:tc>
          <w:tcPr>
            <w:tcW w:w="700" w:type="dxa"/>
            <w:tcMar>
              <w:top w:w="90" w:type="dxa"/>
              <w:left w:w="110" w:type="dxa"/>
              <w:bottom w:w="90" w:type="dxa"/>
              <w:right w:w="110" w:type="dxa"/>
            </w:tcMar>
            <w:vAlign w:val="center"/>
          </w:tcPr>
          <w:p w14:paraId="6B5796D3" w14:textId="77777777" w:rsidR="00322AF6" w:rsidRDefault="00322AF6"/>
        </w:tc>
        <w:tc>
          <w:tcPr>
            <w:tcW w:w="620" w:type="dxa"/>
            <w:tcMar>
              <w:top w:w="90" w:type="dxa"/>
              <w:left w:w="110" w:type="dxa"/>
              <w:bottom w:w="90" w:type="dxa"/>
              <w:right w:w="110" w:type="dxa"/>
            </w:tcMar>
            <w:vAlign w:val="center"/>
          </w:tcPr>
          <w:p w14:paraId="1A42161D" w14:textId="77777777" w:rsidR="00322AF6" w:rsidRDefault="00322AF6"/>
        </w:tc>
        <w:tc>
          <w:tcPr>
            <w:tcW w:w="1120" w:type="dxa"/>
            <w:tcMar>
              <w:top w:w="90" w:type="dxa"/>
              <w:left w:w="110" w:type="dxa"/>
              <w:bottom w:w="90" w:type="dxa"/>
              <w:right w:w="110" w:type="dxa"/>
            </w:tcMar>
            <w:vAlign w:val="center"/>
          </w:tcPr>
          <w:p w14:paraId="74571AF1" w14:textId="77777777" w:rsidR="00322AF6" w:rsidRDefault="00322AF6"/>
        </w:tc>
        <w:tc>
          <w:tcPr>
            <w:tcW w:w="700" w:type="dxa"/>
            <w:tcMar>
              <w:top w:w="90" w:type="dxa"/>
              <w:left w:w="110" w:type="dxa"/>
              <w:bottom w:w="90" w:type="dxa"/>
              <w:right w:w="110" w:type="dxa"/>
            </w:tcMar>
            <w:vAlign w:val="center"/>
          </w:tcPr>
          <w:p w14:paraId="4CB18989" w14:textId="77777777" w:rsidR="00322AF6" w:rsidRDefault="00322AF6"/>
        </w:tc>
        <w:tc>
          <w:tcPr>
            <w:tcW w:w="620" w:type="dxa"/>
            <w:tcMar>
              <w:top w:w="90" w:type="dxa"/>
              <w:left w:w="110" w:type="dxa"/>
              <w:bottom w:w="90" w:type="dxa"/>
              <w:right w:w="110" w:type="dxa"/>
            </w:tcMar>
            <w:vAlign w:val="center"/>
          </w:tcPr>
          <w:p w14:paraId="51F61B85" w14:textId="77777777" w:rsidR="00322AF6" w:rsidRDefault="00322AF6"/>
        </w:tc>
        <w:tc>
          <w:tcPr>
            <w:tcW w:w="1120" w:type="dxa"/>
            <w:tcMar>
              <w:top w:w="90" w:type="dxa"/>
              <w:left w:w="110" w:type="dxa"/>
              <w:bottom w:w="90" w:type="dxa"/>
              <w:right w:w="110" w:type="dxa"/>
            </w:tcMar>
            <w:vAlign w:val="center"/>
          </w:tcPr>
          <w:p w14:paraId="698A937B" w14:textId="77777777" w:rsidR="00322AF6" w:rsidRDefault="00322AF6"/>
        </w:tc>
        <w:tc>
          <w:tcPr>
            <w:tcW w:w="700" w:type="dxa"/>
            <w:tcMar>
              <w:top w:w="90" w:type="dxa"/>
              <w:left w:w="110" w:type="dxa"/>
              <w:bottom w:w="90" w:type="dxa"/>
              <w:right w:w="110" w:type="dxa"/>
            </w:tcMar>
            <w:vAlign w:val="center"/>
          </w:tcPr>
          <w:p w14:paraId="0448D18B" w14:textId="77777777" w:rsidR="00322AF6" w:rsidRDefault="00322AF6"/>
        </w:tc>
        <w:tc>
          <w:tcPr>
            <w:tcW w:w="620" w:type="dxa"/>
            <w:tcMar>
              <w:top w:w="90" w:type="dxa"/>
              <w:left w:w="110" w:type="dxa"/>
              <w:bottom w:w="90" w:type="dxa"/>
              <w:right w:w="110" w:type="dxa"/>
            </w:tcMar>
            <w:vAlign w:val="center"/>
          </w:tcPr>
          <w:p w14:paraId="789B7EA2" w14:textId="77777777" w:rsidR="00322AF6" w:rsidRDefault="00322AF6">
            <w:pPr>
              <w:jc w:val="center"/>
            </w:pPr>
          </w:p>
        </w:tc>
      </w:tr>
      <w:tr w:rsidR="00322AF6" w14:paraId="5440EFE6" w14:textId="77777777" w:rsidTr="00587997">
        <w:trPr>
          <w:jc w:val="center"/>
        </w:trPr>
        <w:tc>
          <w:tcPr>
            <w:tcW w:w="1396" w:type="dxa"/>
            <w:tcMar>
              <w:top w:w="90" w:type="dxa"/>
              <w:left w:w="110" w:type="dxa"/>
              <w:bottom w:w="90" w:type="dxa"/>
              <w:right w:w="110" w:type="dxa"/>
            </w:tcMar>
            <w:vAlign w:val="center"/>
          </w:tcPr>
          <w:p w14:paraId="0181955A" w14:textId="77777777" w:rsidR="00322AF6" w:rsidRDefault="00000000">
            <w:pPr>
              <w:jc w:val="center"/>
            </w:pPr>
            <w:r>
              <w:rPr>
                <w:sz w:val="15"/>
              </w:rPr>
              <w:t>4</w:t>
            </w:r>
          </w:p>
        </w:tc>
        <w:tc>
          <w:tcPr>
            <w:tcW w:w="1120" w:type="dxa"/>
            <w:tcMar>
              <w:top w:w="90" w:type="dxa"/>
              <w:left w:w="110" w:type="dxa"/>
              <w:bottom w:w="90" w:type="dxa"/>
              <w:right w:w="110" w:type="dxa"/>
            </w:tcMar>
            <w:vAlign w:val="center"/>
          </w:tcPr>
          <w:p w14:paraId="634B567E" w14:textId="77777777" w:rsidR="00322AF6" w:rsidRDefault="00322AF6"/>
        </w:tc>
        <w:tc>
          <w:tcPr>
            <w:tcW w:w="700" w:type="dxa"/>
            <w:tcMar>
              <w:top w:w="90" w:type="dxa"/>
              <w:left w:w="110" w:type="dxa"/>
              <w:bottom w:w="90" w:type="dxa"/>
              <w:right w:w="110" w:type="dxa"/>
            </w:tcMar>
            <w:vAlign w:val="center"/>
          </w:tcPr>
          <w:p w14:paraId="5C41FBD9" w14:textId="77777777" w:rsidR="00322AF6" w:rsidRDefault="00322AF6"/>
        </w:tc>
        <w:tc>
          <w:tcPr>
            <w:tcW w:w="620" w:type="dxa"/>
            <w:tcMar>
              <w:top w:w="90" w:type="dxa"/>
              <w:left w:w="110" w:type="dxa"/>
              <w:bottom w:w="90" w:type="dxa"/>
              <w:right w:w="110" w:type="dxa"/>
            </w:tcMar>
            <w:vAlign w:val="center"/>
          </w:tcPr>
          <w:p w14:paraId="6A678B59" w14:textId="77777777" w:rsidR="00322AF6" w:rsidRDefault="00322AF6"/>
        </w:tc>
        <w:tc>
          <w:tcPr>
            <w:tcW w:w="1120" w:type="dxa"/>
            <w:tcMar>
              <w:top w:w="90" w:type="dxa"/>
              <w:left w:w="110" w:type="dxa"/>
              <w:bottom w:w="90" w:type="dxa"/>
              <w:right w:w="110" w:type="dxa"/>
            </w:tcMar>
            <w:vAlign w:val="center"/>
          </w:tcPr>
          <w:p w14:paraId="2159B52B" w14:textId="77777777" w:rsidR="00322AF6" w:rsidRDefault="00322AF6"/>
        </w:tc>
        <w:tc>
          <w:tcPr>
            <w:tcW w:w="700" w:type="dxa"/>
            <w:tcMar>
              <w:top w:w="90" w:type="dxa"/>
              <w:left w:w="110" w:type="dxa"/>
              <w:bottom w:w="90" w:type="dxa"/>
              <w:right w:w="110" w:type="dxa"/>
            </w:tcMar>
            <w:vAlign w:val="center"/>
          </w:tcPr>
          <w:p w14:paraId="0987F250" w14:textId="77777777" w:rsidR="00322AF6" w:rsidRDefault="00322AF6"/>
        </w:tc>
        <w:tc>
          <w:tcPr>
            <w:tcW w:w="620" w:type="dxa"/>
            <w:tcMar>
              <w:top w:w="90" w:type="dxa"/>
              <w:left w:w="110" w:type="dxa"/>
              <w:bottom w:w="90" w:type="dxa"/>
              <w:right w:w="110" w:type="dxa"/>
            </w:tcMar>
            <w:vAlign w:val="center"/>
          </w:tcPr>
          <w:p w14:paraId="3F67A9AD" w14:textId="77777777" w:rsidR="00322AF6" w:rsidRDefault="00322AF6"/>
        </w:tc>
        <w:tc>
          <w:tcPr>
            <w:tcW w:w="1120" w:type="dxa"/>
            <w:tcMar>
              <w:top w:w="90" w:type="dxa"/>
              <w:left w:w="110" w:type="dxa"/>
              <w:bottom w:w="90" w:type="dxa"/>
              <w:right w:w="110" w:type="dxa"/>
            </w:tcMar>
            <w:vAlign w:val="center"/>
          </w:tcPr>
          <w:p w14:paraId="06E517AF" w14:textId="77777777" w:rsidR="00322AF6" w:rsidRDefault="00322AF6"/>
        </w:tc>
        <w:tc>
          <w:tcPr>
            <w:tcW w:w="700" w:type="dxa"/>
            <w:tcMar>
              <w:top w:w="90" w:type="dxa"/>
              <w:left w:w="110" w:type="dxa"/>
              <w:bottom w:w="90" w:type="dxa"/>
              <w:right w:w="110" w:type="dxa"/>
            </w:tcMar>
            <w:vAlign w:val="center"/>
          </w:tcPr>
          <w:p w14:paraId="1DCA5324" w14:textId="77777777" w:rsidR="00322AF6" w:rsidRDefault="00322AF6"/>
        </w:tc>
        <w:tc>
          <w:tcPr>
            <w:tcW w:w="620" w:type="dxa"/>
            <w:tcMar>
              <w:top w:w="90" w:type="dxa"/>
              <w:left w:w="110" w:type="dxa"/>
              <w:bottom w:w="90" w:type="dxa"/>
              <w:right w:w="110" w:type="dxa"/>
            </w:tcMar>
            <w:vAlign w:val="center"/>
          </w:tcPr>
          <w:p w14:paraId="75E45940" w14:textId="77777777" w:rsidR="00322AF6" w:rsidRDefault="00322AF6">
            <w:pPr>
              <w:jc w:val="center"/>
            </w:pPr>
          </w:p>
        </w:tc>
      </w:tr>
      <w:tr w:rsidR="00322AF6" w14:paraId="674DD1B7" w14:textId="77777777" w:rsidTr="00587997">
        <w:trPr>
          <w:jc w:val="center"/>
        </w:trPr>
        <w:tc>
          <w:tcPr>
            <w:tcW w:w="1396" w:type="dxa"/>
            <w:tcMar>
              <w:top w:w="90" w:type="dxa"/>
              <w:left w:w="110" w:type="dxa"/>
              <w:bottom w:w="90" w:type="dxa"/>
              <w:right w:w="110" w:type="dxa"/>
            </w:tcMar>
            <w:vAlign w:val="center"/>
          </w:tcPr>
          <w:p w14:paraId="5A4029F0" w14:textId="77777777" w:rsidR="00322AF6" w:rsidRDefault="00000000">
            <w:pPr>
              <w:jc w:val="center"/>
            </w:pPr>
            <w:r>
              <w:rPr>
                <w:sz w:val="15"/>
              </w:rPr>
              <w:t>5</w:t>
            </w:r>
          </w:p>
        </w:tc>
        <w:tc>
          <w:tcPr>
            <w:tcW w:w="1120" w:type="dxa"/>
            <w:tcMar>
              <w:top w:w="90" w:type="dxa"/>
              <w:left w:w="110" w:type="dxa"/>
              <w:bottom w:w="90" w:type="dxa"/>
              <w:right w:w="110" w:type="dxa"/>
            </w:tcMar>
            <w:vAlign w:val="center"/>
          </w:tcPr>
          <w:p w14:paraId="6A95BECA" w14:textId="77777777" w:rsidR="00322AF6" w:rsidRDefault="00322AF6"/>
        </w:tc>
        <w:tc>
          <w:tcPr>
            <w:tcW w:w="700" w:type="dxa"/>
            <w:tcMar>
              <w:top w:w="90" w:type="dxa"/>
              <w:left w:w="110" w:type="dxa"/>
              <w:bottom w:w="90" w:type="dxa"/>
              <w:right w:w="110" w:type="dxa"/>
            </w:tcMar>
            <w:vAlign w:val="center"/>
          </w:tcPr>
          <w:p w14:paraId="0DC54D16" w14:textId="77777777" w:rsidR="00322AF6" w:rsidRDefault="00322AF6"/>
        </w:tc>
        <w:tc>
          <w:tcPr>
            <w:tcW w:w="620" w:type="dxa"/>
            <w:tcMar>
              <w:top w:w="90" w:type="dxa"/>
              <w:left w:w="110" w:type="dxa"/>
              <w:bottom w:w="90" w:type="dxa"/>
              <w:right w:w="110" w:type="dxa"/>
            </w:tcMar>
            <w:vAlign w:val="center"/>
          </w:tcPr>
          <w:p w14:paraId="652B0893" w14:textId="77777777" w:rsidR="00322AF6" w:rsidRDefault="00322AF6"/>
        </w:tc>
        <w:tc>
          <w:tcPr>
            <w:tcW w:w="1120" w:type="dxa"/>
            <w:tcMar>
              <w:top w:w="90" w:type="dxa"/>
              <w:left w:w="110" w:type="dxa"/>
              <w:bottom w:w="90" w:type="dxa"/>
              <w:right w:w="110" w:type="dxa"/>
            </w:tcMar>
            <w:vAlign w:val="center"/>
          </w:tcPr>
          <w:p w14:paraId="3EF4E976" w14:textId="77777777" w:rsidR="00322AF6" w:rsidRDefault="00322AF6"/>
        </w:tc>
        <w:tc>
          <w:tcPr>
            <w:tcW w:w="700" w:type="dxa"/>
            <w:tcMar>
              <w:top w:w="90" w:type="dxa"/>
              <w:left w:w="110" w:type="dxa"/>
              <w:bottom w:w="90" w:type="dxa"/>
              <w:right w:w="110" w:type="dxa"/>
            </w:tcMar>
            <w:vAlign w:val="center"/>
          </w:tcPr>
          <w:p w14:paraId="54AD2996" w14:textId="77777777" w:rsidR="00322AF6" w:rsidRDefault="00322AF6"/>
        </w:tc>
        <w:tc>
          <w:tcPr>
            <w:tcW w:w="620" w:type="dxa"/>
            <w:tcMar>
              <w:top w:w="90" w:type="dxa"/>
              <w:left w:w="110" w:type="dxa"/>
              <w:bottom w:w="90" w:type="dxa"/>
              <w:right w:w="110" w:type="dxa"/>
            </w:tcMar>
            <w:vAlign w:val="center"/>
          </w:tcPr>
          <w:p w14:paraId="1221318B" w14:textId="77777777" w:rsidR="00322AF6" w:rsidRDefault="00322AF6"/>
        </w:tc>
        <w:tc>
          <w:tcPr>
            <w:tcW w:w="1120" w:type="dxa"/>
            <w:tcMar>
              <w:top w:w="90" w:type="dxa"/>
              <w:left w:w="110" w:type="dxa"/>
              <w:bottom w:w="90" w:type="dxa"/>
              <w:right w:w="110" w:type="dxa"/>
            </w:tcMar>
            <w:vAlign w:val="center"/>
          </w:tcPr>
          <w:p w14:paraId="1E765101" w14:textId="77777777" w:rsidR="00322AF6" w:rsidRDefault="00322AF6"/>
        </w:tc>
        <w:tc>
          <w:tcPr>
            <w:tcW w:w="700" w:type="dxa"/>
            <w:tcMar>
              <w:top w:w="90" w:type="dxa"/>
              <w:left w:w="110" w:type="dxa"/>
              <w:bottom w:w="90" w:type="dxa"/>
              <w:right w:w="110" w:type="dxa"/>
            </w:tcMar>
            <w:vAlign w:val="center"/>
          </w:tcPr>
          <w:p w14:paraId="3C0E4CFC" w14:textId="77777777" w:rsidR="00322AF6" w:rsidRDefault="00322AF6"/>
        </w:tc>
        <w:tc>
          <w:tcPr>
            <w:tcW w:w="620" w:type="dxa"/>
            <w:tcMar>
              <w:top w:w="90" w:type="dxa"/>
              <w:left w:w="110" w:type="dxa"/>
              <w:bottom w:w="90" w:type="dxa"/>
              <w:right w:w="110" w:type="dxa"/>
            </w:tcMar>
            <w:vAlign w:val="center"/>
          </w:tcPr>
          <w:p w14:paraId="0BAC2D2D" w14:textId="77777777" w:rsidR="00322AF6" w:rsidRDefault="00322AF6">
            <w:pPr>
              <w:jc w:val="center"/>
            </w:pPr>
          </w:p>
        </w:tc>
      </w:tr>
      <w:tr w:rsidR="00322AF6" w14:paraId="52E24E55" w14:textId="77777777" w:rsidTr="00587997">
        <w:trPr>
          <w:jc w:val="center"/>
        </w:trPr>
        <w:tc>
          <w:tcPr>
            <w:tcW w:w="1396" w:type="dxa"/>
            <w:tcMar>
              <w:top w:w="90" w:type="dxa"/>
              <w:left w:w="110" w:type="dxa"/>
              <w:bottom w:w="90" w:type="dxa"/>
              <w:right w:w="110" w:type="dxa"/>
            </w:tcMar>
            <w:vAlign w:val="center"/>
          </w:tcPr>
          <w:p w14:paraId="2F73466D" w14:textId="77777777" w:rsidR="00322AF6" w:rsidRDefault="00000000">
            <w:pPr>
              <w:jc w:val="center"/>
            </w:pPr>
            <w:proofErr w:type="spellStart"/>
            <w:r>
              <w:rPr>
                <w:sz w:val="15"/>
              </w:rPr>
              <w:t>平均總評分</w:t>
            </w:r>
            <w:proofErr w:type="spellEnd"/>
          </w:p>
        </w:tc>
        <w:tc>
          <w:tcPr>
            <w:tcW w:w="1120" w:type="dxa"/>
            <w:tcMar>
              <w:top w:w="90" w:type="dxa"/>
              <w:left w:w="110" w:type="dxa"/>
              <w:bottom w:w="90" w:type="dxa"/>
              <w:right w:w="110" w:type="dxa"/>
            </w:tcMar>
            <w:vAlign w:val="center"/>
          </w:tcPr>
          <w:p w14:paraId="7461A17B" w14:textId="77777777" w:rsidR="00322AF6" w:rsidRDefault="00322AF6"/>
        </w:tc>
        <w:tc>
          <w:tcPr>
            <w:tcW w:w="700" w:type="dxa"/>
            <w:tcMar>
              <w:top w:w="90" w:type="dxa"/>
              <w:left w:w="110" w:type="dxa"/>
              <w:bottom w:w="90" w:type="dxa"/>
              <w:right w:w="110" w:type="dxa"/>
            </w:tcMar>
            <w:vAlign w:val="center"/>
          </w:tcPr>
          <w:p w14:paraId="607CDC60" w14:textId="77777777" w:rsidR="00322AF6" w:rsidRDefault="00322AF6"/>
        </w:tc>
        <w:tc>
          <w:tcPr>
            <w:tcW w:w="620" w:type="dxa"/>
            <w:tcMar>
              <w:top w:w="90" w:type="dxa"/>
              <w:left w:w="110" w:type="dxa"/>
              <w:bottom w:w="90" w:type="dxa"/>
              <w:right w:w="110" w:type="dxa"/>
            </w:tcMar>
            <w:vAlign w:val="center"/>
          </w:tcPr>
          <w:p w14:paraId="311F2FE9" w14:textId="77777777" w:rsidR="00322AF6" w:rsidRDefault="00322AF6"/>
        </w:tc>
        <w:tc>
          <w:tcPr>
            <w:tcW w:w="1120" w:type="dxa"/>
            <w:tcMar>
              <w:top w:w="90" w:type="dxa"/>
              <w:left w:w="110" w:type="dxa"/>
              <w:bottom w:w="90" w:type="dxa"/>
              <w:right w:w="110" w:type="dxa"/>
            </w:tcMar>
            <w:vAlign w:val="center"/>
          </w:tcPr>
          <w:p w14:paraId="147DB9BD" w14:textId="77777777" w:rsidR="00322AF6" w:rsidRDefault="00322AF6"/>
        </w:tc>
        <w:tc>
          <w:tcPr>
            <w:tcW w:w="700" w:type="dxa"/>
            <w:tcMar>
              <w:top w:w="90" w:type="dxa"/>
              <w:left w:w="110" w:type="dxa"/>
              <w:bottom w:w="90" w:type="dxa"/>
              <w:right w:w="110" w:type="dxa"/>
            </w:tcMar>
            <w:vAlign w:val="center"/>
          </w:tcPr>
          <w:p w14:paraId="364B5510" w14:textId="77777777" w:rsidR="00322AF6" w:rsidRDefault="00322AF6"/>
        </w:tc>
        <w:tc>
          <w:tcPr>
            <w:tcW w:w="620" w:type="dxa"/>
            <w:tcMar>
              <w:top w:w="90" w:type="dxa"/>
              <w:left w:w="110" w:type="dxa"/>
              <w:bottom w:w="90" w:type="dxa"/>
              <w:right w:w="110" w:type="dxa"/>
            </w:tcMar>
            <w:vAlign w:val="center"/>
          </w:tcPr>
          <w:p w14:paraId="030B12A5" w14:textId="77777777" w:rsidR="00322AF6" w:rsidRDefault="00322AF6"/>
        </w:tc>
        <w:tc>
          <w:tcPr>
            <w:tcW w:w="1120" w:type="dxa"/>
            <w:tcMar>
              <w:top w:w="90" w:type="dxa"/>
              <w:left w:w="110" w:type="dxa"/>
              <w:bottom w:w="90" w:type="dxa"/>
              <w:right w:w="110" w:type="dxa"/>
            </w:tcMar>
            <w:vAlign w:val="center"/>
          </w:tcPr>
          <w:p w14:paraId="5AD6F086" w14:textId="77777777" w:rsidR="00322AF6" w:rsidRDefault="00322AF6"/>
        </w:tc>
        <w:tc>
          <w:tcPr>
            <w:tcW w:w="700" w:type="dxa"/>
            <w:tcMar>
              <w:top w:w="90" w:type="dxa"/>
              <w:left w:w="110" w:type="dxa"/>
              <w:bottom w:w="90" w:type="dxa"/>
              <w:right w:w="110" w:type="dxa"/>
            </w:tcMar>
            <w:vAlign w:val="center"/>
          </w:tcPr>
          <w:p w14:paraId="02D62173" w14:textId="77777777" w:rsidR="00322AF6" w:rsidRDefault="00322AF6"/>
        </w:tc>
        <w:tc>
          <w:tcPr>
            <w:tcW w:w="620" w:type="dxa"/>
            <w:tcMar>
              <w:top w:w="90" w:type="dxa"/>
              <w:left w:w="110" w:type="dxa"/>
              <w:bottom w:w="90" w:type="dxa"/>
              <w:right w:w="110" w:type="dxa"/>
            </w:tcMar>
            <w:vAlign w:val="center"/>
          </w:tcPr>
          <w:p w14:paraId="6BCDD7F2" w14:textId="77777777" w:rsidR="00322AF6" w:rsidRDefault="00322AF6">
            <w:pPr>
              <w:jc w:val="center"/>
            </w:pPr>
          </w:p>
        </w:tc>
      </w:tr>
      <w:tr w:rsidR="00322AF6" w14:paraId="6F0CE2AE" w14:textId="77777777" w:rsidTr="00587997">
        <w:trPr>
          <w:jc w:val="center"/>
        </w:trPr>
        <w:tc>
          <w:tcPr>
            <w:tcW w:w="1396" w:type="dxa"/>
            <w:tcMar>
              <w:top w:w="90" w:type="dxa"/>
              <w:left w:w="110" w:type="dxa"/>
              <w:bottom w:w="90" w:type="dxa"/>
              <w:right w:w="110" w:type="dxa"/>
            </w:tcMar>
            <w:vAlign w:val="center"/>
          </w:tcPr>
          <w:p w14:paraId="4EE4078B" w14:textId="77777777" w:rsidR="00322AF6" w:rsidRDefault="00000000">
            <w:pPr>
              <w:jc w:val="center"/>
            </w:pPr>
            <w:proofErr w:type="spellStart"/>
            <w:r>
              <w:rPr>
                <w:sz w:val="15"/>
              </w:rPr>
              <w:t>序位合計</w:t>
            </w:r>
            <w:proofErr w:type="spellEnd"/>
          </w:p>
        </w:tc>
        <w:tc>
          <w:tcPr>
            <w:tcW w:w="1120" w:type="dxa"/>
            <w:tcMar>
              <w:top w:w="90" w:type="dxa"/>
              <w:left w:w="110" w:type="dxa"/>
              <w:bottom w:w="90" w:type="dxa"/>
              <w:right w:w="110" w:type="dxa"/>
            </w:tcMar>
            <w:vAlign w:val="center"/>
          </w:tcPr>
          <w:p w14:paraId="1D023238" w14:textId="77777777" w:rsidR="00322AF6" w:rsidRDefault="00322AF6"/>
        </w:tc>
        <w:tc>
          <w:tcPr>
            <w:tcW w:w="700" w:type="dxa"/>
            <w:tcMar>
              <w:top w:w="90" w:type="dxa"/>
              <w:left w:w="110" w:type="dxa"/>
              <w:bottom w:w="90" w:type="dxa"/>
              <w:right w:w="110" w:type="dxa"/>
            </w:tcMar>
            <w:vAlign w:val="center"/>
          </w:tcPr>
          <w:p w14:paraId="784D5632" w14:textId="77777777" w:rsidR="00322AF6" w:rsidRDefault="00322AF6"/>
        </w:tc>
        <w:tc>
          <w:tcPr>
            <w:tcW w:w="620" w:type="dxa"/>
            <w:tcMar>
              <w:top w:w="90" w:type="dxa"/>
              <w:left w:w="110" w:type="dxa"/>
              <w:bottom w:w="90" w:type="dxa"/>
              <w:right w:w="110" w:type="dxa"/>
            </w:tcMar>
            <w:vAlign w:val="center"/>
          </w:tcPr>
          <w:p w14:paraId="49F0C3C9" w14:textId="77777777" w:rsidR="00322AF6" w:rsidRDefault="00322AF6"/>
        </w:tc>
        <w:tc>
          <w:tcPr>
            <w:tcW w:w="1120" w:type="dxa"/>
            <w:tcMar>
              <w:top w:w="90" w:type="dxa"/>
              <w:left w:w="110" w:type="dxa"/>
              <w:bottom w:w="90" w:type="dxa"/>
              <w:right w:w="110" w:type="dxa"/>
            </w:tcMar>
            <w:vAlign w:val="center"/>
          </w:tcPr>
          <w:p w14:paraId="3493C72B" w14:textId="77777777" w:rsidR="00322AF6" w:rsidRDefault="00322AF6"/>
        </w:tc>
        <w:tc>
          <w:tcPr>
            <w:tcW w:w="700" w:type="dxa"/>
            <w:tcMar>
              <w:top w:w="90" w:type="dxa"/>
              <w:left w:w="110" w:type="dxa"/>
              <w:bottom w:w="90" w:type="dxa"/>
              <w:right w:w="110" w:type="dxa"/>
            </w:tcMar>
            <w:vAlign w:val="center"/>
          </w:tcPr>
          <w:p w14:paraId="244C8B99" w14:textId="77777777" w:rsidR="00322AF6" w:rsidRDefault="00322AF6"/>
        </w:tc>
        <w:tc>
          <w:tcPr>
            <w:tcW w:w="620" w:type="dxa"/>
            <w:tcMar>
              <w:top w:w="90" w:type="dxa"/>
              <w:left w:w="110" w:type="dxa"/>
              <w:bottom w:w="90" w:type="dxa"/>
              <w:right w:w="110" w:type="dxa"/>
            </w:tcMar>
            <w:vAlign w:val="center"/>
          </w:tcPr>
          <w:p w14:paraId="2794314B" w14:textId="77777777" w:rsidR="00322AF6" w:rsidRDefault="00322AF6"/>
        </w:tc>
        <w:tc>
          <w:tcPr>
            <w:tcW w:w="1120" w:type="dxa"/>
            <w:tcMar>
              <w:top w:w="90" w:type="dxa"/>
              <w:left w:w="110" w:type="dxa"/>
              <w:bottom w:w="90" w:type="dxa"/>
              <w:right w:w="110" w:type="dxa"/>
            </w:tcMar>
            <w:vAlign w:val="center"/>
          </w:tcPr>
          <w:p w14:paraId="7B33D35F" w14:textId="77777777" w:rsidR="00322AF6" w:rsidRDefault="00322AF6"/>
        </w:tc>
        <w:tc>
          <w:tcPr>
            <w:tcW w:w="700" w:type="dxa"/>
            <w:tcMar>
              <w:top w:w="90" w:type="dxa"/>
              <w:left w:w="110" w:type="dxa"/>
              <w:bottom w:w="90" w:type="dxa"/>
              <w:right w:w="110" w:type="dxa"/>
            </w:tcMar>
            <w:vAlign w:val="center"/>
          </w:tcPr>
          <w:p w14:paraId="0E40EE82" w14:textId="77777777" w:rsidR="00322AF6" w:rsidRDefault="00322AF6"/>
        </w:tc>
        <w:tc>
          <w:tcPr>
            <w:tcW w:w="620" w:type="dxa"/>
            <w:tcMar>
              <w:top w:w="90" w:type="dxa"/>
              <w:left w:w="110" w:type="dxa"/>
              <w:bottom w:w="90" w:type="dxa"/>
              <w:right w:w="110" w:type="dxa"/>
            </w:tcMar>
            <w:vAlign w:val="center"/>
          </w:tcPr>
          <w:p w14:paraId="6C0AA29A" w14:textId="77777777" w:rsidR="00322AF6" w:rsidRDefault="00322AF6">
            <w:pPr>
              <w:jc w:val="center"/>
            </w:pPr>
          </w:p>
        </w:tc>
      </w:tr>
      <w:tr w:rsidR="00322AF6" w14:paraId="429400F0" w14:textId="77777777" w:rsidTr="00587997">
        <w:trPr>
          <w:jc w:val="center"/>
        </w:trPr>
        <w:tc>
          <w:tcPr>
            <w:tcW w:w="1396" w:type="dxa"/>
            <w:tcMar>
              <w:top w:w="90" w:type="dxa"/>
              <w:left w:w="110" w:type="dxa"/>
              <w:bottom w:w="90" w:type="dxa"/>
              <w:right w:w="110" w:type="dxa"/>
            </w:tcMar>
            <w:vAlign w:val="center"/>
          </w:tcPr>
          <w:p w14:paraId="5C612D69" w14:textId="77777777" w:rsidR="00322AF6" w:rsidRDefault="00000000">
            <w:pPr>
              <w:jc w:val="center"/>
            </w:pPr>
            <w:proofErr w:type="spellStart"/>
            <w:r>
              <w:rPr>
                <w:sz w:val="15"/>
              </w:rPr>
              <w:t>序位名次</w:t>
            </w:r>
            <w:proofErr w:type="spellEnd"/>
          </w:p>
        </w:tc>
        <w:tc>
          <w:tcPr>
            <w:tcW w:w="1120" w:type="dxa"/>
            <w:tcMar>
              <w:top w:w="90" w:type="dxa"/>
              <w:left w:w="110" w:type="dxa"/>
              <w:bottom w:w="90" w:type="dxa"/>
              <w:right w:w="110" w:type="dxa"/>
            </w:tcMar>
            <w:vAlign w:val="center"/>
          </w:tcPr>
          <w:p w14:paraId="17180D42" w14:textId="77777777" w:rsidR="00322AF6" w:rsidRDefault="00322AF6"/>
        </w:tc>
        <w:tc>
          <w:tcPr>
            <w:tcW w:w="700" w:type="dxa"/>
            <w:tcMar>
              <w:top w:w="90" w:type="dxa"/>
              <w:left w:w="110" w:type="dxa"/>
              <w:bottom w:w="90" w:type="dxa"/>
              <w:right w:w="110" w:type="dxa"/>
            </w:tcMar>
            <w:vAlign w:val="center"/>
          </w:tcPr>
          <w:p w14:paraId="10C156F9" w14:textId="77777777" w:rsidR="00322AF6" w:rsidRDefault="00322AF6"/>
        </w:tc>
        <w:tc>
          <w:tcPr>
            <w:tcW w:w="620" w:type="dxa"/>
            <w:tcMar>
              <w:top w:w="90" w:type="dxa"/>
              <w:left w:w="110" w:type="dxa"/>
              <w:bottom w:w="90" w:type="dxa"/>
              <w:right w:w="110" w:type="dxa"/>
            </w:tcMar>
            <w:vAlign w:val="center"/>
          </w:tcPr>
          <w:p w14:paraId="6432588F" w14:textId="77777777" w:rsidR="00322AF6" w:rsidRDefault="00322AF6"/>
        </w:tc>
        <w:tc>
          <w:tcPr>
            <w:tcW w:w="1120" w:type="dxa"/>
            <w:tcMar>
              <w:top w:w="90" w:type="dxa"/>
              <w:left w:w="110" w:type="dxa"/>
              <w:bottom w:w="90" w:type="dxa"/>
              <w:right w:w="110" w:type="dxa"/>
            </w:tcMar>
            <w:vAlign w:val="center"/>
          </w:tcPr>
          <w:p w14:paraId="7A7C5870" w14:textId="77777777" w:rsidR="00322AF6" w:rsidRDefault="00322AF6"/>
        </w:tc>
        <w:tc>
          <w:tcPr>
            <w:tcW w:w="700" w:type="dxa"/>
            <w:tcMar>
              <w:top w:w="90" w:type="dxa"/>
              <w:left w:w="110" w:type="dxa"/>
              <w:bottom w:w="90" w:type="dxa"/>
              <w:right w:w="110" w:type="dxa"/>
            </w:tcMar>
            <w:vAlign w:val="center"/>
          </w:tcPr>
          <w:p w14:paraId="0F59AF82" w14:textId="77777777" w:rsidR="00322AF6" w:rsidRDefault="00322AF6"/>
        </w:tc>
        <w:tc>
          <w:tcPr>
            <w:tcW w:w="620" w:type="dxa"/>
            <w:tcMar>
              <w:top w:w="90" w:type="dxa"/>
              <w:left w:w="110" w:type="dxa"/>
              <w:bottom w:w="90" w:type="dxa"/>
              <w:right w:w="110" w:type="dxa"/>
            </w:tcMar>
            <w:vAlign w:val="center"/>
          </w:tcPr>
          <w:p w14:paraId="7EAEDA93" w14:textId="77777777" w:rsidR="00322AF6" w:rsidRDefault="00322AF6"/>
        </w:tc>
        <w:tc>
          <w:tcPr>
            <w:tcW w:w="1120" w:type="dxa"/>
            <w:tcMar>
              <w:top w:w="90" w:type="dxa"/>
              <w:left w:w="110" w:type="dxa"/>
              <w:bottom w:w="90" w:type="dxa"/>
              <w:right w:w="110" w:type="dxa"/>
            </w:tcMar>
            <w:vAlign w:val="center"/>
          </w:tcPr>
          <w:p w14:paraId="15043D21" w14:textId="77777777" w:rsidR="00322AF6" w:rsidRDefault="00322AF6"/>
        </w:tc>
        <w:tc>
          <w:tcPr>
            <w:tcW w:w="700" w:type="dxa"/>
            <w:tcMar>
              <w:top w:w="90" w:type="dxa"/>
              <w:left w:w="110" w:type="dxa"/>
              <w:bottom w:w="90" w:type="dxa"/>
              <w:right w:w="110" w:type="dxa"/>
            </w:tcMar>
            <w:vAlign w:val="center"/>
          </w:tcPr>
          <w:p w14:paraId="5EA9DB0D" w14:textId="77777777" w:rsidR="00322AF6" w:rsidRDefault="00322AF6"/>
        </w:tc>
        <w:tc>
          <w:tcPr>
            <w:tcW w:w="620" w:type="dxa"/>
            <w:tcMar>
              <w:top w:w="90" w:type="dxa"/>
              <w:left w:w="110" w:type="dxa"/>
              <w:bottom w:w="90" w:type="dxa"/>
              <w:right w:w="110" w:type="dxa"/>
            </w:tcMar>
            <w:vAlign w:val="center"/>
          </w:tcPr>
          <w:p w14:paraId="3545672D" w14:textId="77777777" w:rsidR="00322AF6" w:rsidRDefault="00322AF6">
            <w:pPr>
              <w:jc w:val="center"/>
            </w:pPr>
          </w:p>
        </w:tc>
      </w:tr>
    </w:tbl>
    <w:p w14:paraId="42F4DDFD" w14:textId="77777777" w:rsidR="00322AF6" w:rsidRDefault="00000000">
      <w:pPr>
        <w:pStyle w:val="af"/>
      </w:pPr>
      <w:proofErr w:type="spellStart"/>
      <w:r>
        <w:t>全部評審委員</w:t>
      </w:r>
      <w:proofErr w:type="spellEnd"/>
    </w:p>
    <w:tbl>
      <w:tblPr>
        <w:tblStyle w:val="aff2"/>
        <w:tblW w:w="9360" w:type="dxa"/>
        <w:jc w:val="center"/>
        <w:tblLayout w:type="fixed"/>
        <w:tblLook w:val="04A0" w:firstRow="1" w:lastRow="0" w:firstColumn="1" w:lastColumn="0" w:noHBand="0" w:noVBand="1"/>
      </w:tblPr>
      <w:tblGrid>
        <w:gridCol w:w="900"/>
        <w:gridCol w:w="1692"/>
        <w:gridCol w:w="1692"/>
        <w:gridCol w:w="1692"/>
        <w:gridCol w:w="1692"/>
        <w:gridCol w:w="1692"/>
      </w:tblGrid>
      <w:tr w:rsidR="00322AF6" w14:paraId="409E57AD" w14:textId="77777777">
        <w:trPr>
          <w:tblHeader/>
          <w:jc w:val="center"/>
        </w:trPr>
        <w:tc>
          <w:tcPr>
            <w:tcW w:w="900" w:type="dxa"/>
            <w:shd w:val="clear" w:color="auto" w:fill="D9E2F3"/>
            <w:tcMar>
              <w:top w:w="90" w:type="dxa"/>
              <w:left w:w="110" w:type="dxa"/>
              <w:bottom w:w="90" w:type="dxa"/>
              <w:right w:w="110" w:type="dxa"/>
            </w:tcMar>
            <w:vAlign w:val="center"/>
          </w:tcPr>
          <w:p w14:paraId="46F514D7" w14:textId="77777777" w:rsidR="00322AF6" w:rsidRDefault="00000000">
            <w:pPr>
              <w:jc w:val="center"/>
            </w:pPr>
            <w:proofErr w:type="spellStart"/>
            <w:r>
              <w:rPr>
                <w:b/>
                <w:sz w:val="17"/>
              </w:rPr>
              <w:t>項目</w:t>
            </w:r>
            <w:proofErr w:type="spellEnd"/>
          </w:p>
        </w:tc>
        <w:tc>
          <w:tcPr>
            <w:tcW w:w="1692" w:type="dxa"/>
            <w:shd w:val="clear" w:color="auto" w:fill="D9E2F3"/>
            <w:tcMar>
              <w:top w:w="90" w:type="dxa"/>
              <w:left w:w="110" w:type="dxa"/>
              <w:bottom w:w="90" w:type="dxa"/>
              <w:right w:w="110" w:type="dxa"/>
            </w:tcMar>
            <w:vAlign w:val="center"/>
          </w:tcPr>
          <w:p w14:paraId="432D6574" w14:textId="77777777" w:rsidR="00322AF6" w:rsidRDefault="00000000">
            <w:pPr>
              <w:jc w:val="center"/>
            </w:pPr>
            <w:r>
              <w:rPr>
                <w:b/>
                <w:sz w:val="17"/>
              </w:rPr>
              <w:t>委員1</w:t>
            </w:r>
          </w:p>
        </w:tc>
        <w:tc>
          <w:tcPr>
            <w:tcW w:w="1692" w:type="dxa"/>
            <w:shd w:val="clear" w:color="auto" w:fill="D9E2F3"/>
            <w:tcMar>
              <w:top w:w="90" w:type="dxa"/>
              <w:left w:w="110" w:type="dxa"/>
              <w:bottom w:w="90" w:type="dxa"/>
              <w:right w:w="110" w:type="dxa"/>
            </w:tcMar>
            <w:vAlign w:val="center"/>
          </w:tcPr>
          <w:p w14:paraId="3F99FBD1" w14:textId="77777777" w:rsidR="00322AF6" w:rsidRDefault="00000000">
            <w:pPr>
              <w:jc w:val="center"/>
            </w:pPr>
            <w:r>
              <w:rPr>
                <w:b/>
                <w:sz w:val="17"/>
              </w:rPr>
              <w:t>委員2</w:t>
            </w:r>
          </w:p>
        </w:tc>
        <w:tc>
          <w:tcPr>
            <w:tcW w:w="1692" w:type="dxa"/>
            <w:shd w:val="clear" w:color="auto" w:fill="D9E2F3"/>
            <w:tcMar>
              <w:top w:w="90" w:type="dxa"/>
              <w:left w:w="110" w:type="dxa"/>
              <w:bottom w:w="90" w:type="dxa"/>
              <w:right w:w="110" w:type="dxa"/>
            </w:tcMar>
            <w:vAlign w:val="center"/>
          </w:tcPr>
          <w:p w14:paraId="115E5141" w14:textId="77777777" w:rsidR="00322AF6" w:rsidRDefault="00000000">
            <w:pPr>
              <w:jc w:val="center"/>
            </w:pPr>
            <w:r>
              <w:rPr>
                <w:b/>
                <w:sz w:val="17"/>
              </w:rPr>
              <w:t>委員3</w:t>
            </w:r>
          </w:p>
        </w:tc>
        <w:tc>
          <w:tcPr>
            <w:tcW w:w="1692" w:type="dxa"/>
            <w:shd w:val="clear" w:color="auto" w:fill="D9E2F3"/>
            <w:tcMar>
              <w:top w:w="90" w:type="dxa"/>
              <w:left w:w="110" w:type="dxa"/>
              <w:bottom w:w="90" w:type="dxa"/>
              <w:right w:w="110" w:type="dxa"/>
            </w:tcMar>
            <w:vAlign w:val="center"/>
          </w:tcPr>
          <w:p w14:paraId="6A5FD34C" w14:textId="77777777" w:rsidR="00322AF6" w:rsidRDefault="00000000">
            <w:pPr>
              <w:jc w:val="center"/>
            </w:pPr>
            <w:r>
              <w:rPr>
                <w:b/>
                <w:sz w:val="17"/>
              </w:rPr>
              <w:t>委員4</w:t>
            </w:r>
          </w:p>
        </w:tc>
        <w:tc>
          <w:tcPr>
            <w:tcW w:w="1692" w:type="dxa"/>
            <w:shd w:val="clear" w:color="auto" w:fill="D9E2F3"/>
            <w:tcMar>
              <w:top w:w="90" w:type="dxa"/>
              <w:left w:w="110" w:type="dxa"/>
              <w:bottom w:w="90" w:type="dxa"/>
              <w:right w:w="110" w:type="dxa"/>
            </w:tcMar>
            <w:vAlign w:val="center"/>
          </w:tcPr>
          <w:p w14:paraId="7939FCA6" w14:textId="77777777" w:rsidR="00322AF6" w:rsidRDefault="00000000">
            <w:pPr>
              <w:jc w:val="center"/>
            </w:pPr>
            <w:r>
              <w:rPr>
                <w:b/>
                <w:sz w:val="17"/>
              </w:rPr>
              <w:t>委員5</w:t>
            </w:r>
          </w:p>
        </w:tc>
      </w:tr>
      <w:tr w:rsidR="00322AF6" w14:paraId="157D097A" w14:textId="77777777">
        <w:trPr>
          <w:jc w:val="center"/>
        </w:trPr>
        <w:tc>
          <w:tcPr>
            <w:tcW w:w="900" w:type="dxa"/>
            <w:tcMar>
              <w:top w:w="90" w:type="dxa"/>
              <w:left w:w="110" w:type="dxa"/>
              <w:bottom w:w="90" w:type="dxa"/>
              <w:right w:w="110" w:type="dxa"/>
            </w:tcMar>
            <w:vAlign w:val="center"/>
          </w:tcPr>
          <w:p w14:paraId="15966CEE" w14:textId="77777777" w:rsidR="00322AF6" w:rsidRDefault="00000000">
            <w:pPr>
              <w:jc w:val="center"/>
            </w:pPr>
            <w:proofErr w:type="spellStart"/>
            <w:r>
              <w:rPr>
                <w:sz w:val="17"/>
              </w:rPr>
              <w:t>姓名</w:t>
            </w:r>
            <w:proofErr w:type="spellEnd"/>
          </w:p>
        </w:tc>
        <w:tc>
          <w:tcPr>
            <w:tcW w:w="1692" w:type="dxa"/>
            <w:tcMar>
              <w:top w:w="90" w:type="dxa"/>
              <w:left w:w="110" w:type="dxa"/>
              <w:bottom w:w="90" w:type="dxa"/>
              <w:right w:w="110" w:type="dxa"/>
            </w:tcMar>
            <w:vAlign w:val="center"/>
          </w:tcPr>
          <w:p w14:paraId="46DD9B36" w14:textId="77777777" w:rsidR="00322AF6" w:rsidRDefault="00322AF6"/>
        </w:tc>
        <w:tc>
          <w:tcPr>
            <w:tcW w:w="1692" w:type="dxa"/>
            <w:tcMar>
              <w:top w:w="90" w:type="dxa"/>
              <w:left w:w="110" w:type="dxa"/>
              <w:bottom w:w="90" w:type="dxa"/>
              <w:right w:w="110" w:type="dxa"/>
            </w:tcMar>
            <w:vAlign w:val="center"/>
          </w:tcPr>
          <w:p w14:paraId="3E983BA9" w14:textId="77777777" w:rsidR="00322AF6" w:rsidRDefault="00322AF6"/>
        </w:tc>
        <w:tc>
          <w:tcPr>
            <w:tcW w:w="1692" w:type="dxa"/>
            <w:tcMar>
              <w:top w:w="90" w:type="dxa"/>
              <w:left w:w="110" w:type="dxa"/>
              <w:bottom w:w="90" w:type="dxa"/>
              <w:right w:w="110" w:type="dxa"/>
            </w:tcMar>
            <w:vAlign w:val="center"/>
          </w:tcPr>
          <w:p w14:paraId="7135A273" w14:textId="77777777" w:rsidR="00322AF6" w:rsidRDefault="00322AF6"/>
        </w:tc>
        <w:tc>
          <w:tcPr>
            <w:tcW w:w="1692" w:type="dxa"/>
            <w:tcMar>
              <w:top w:w="90" w:type="dxa"/>
              <w:left w:w="110" w:type="dxa"/>
              <w:bottom w:w="90" w:type="dxa"/>
              <w:right w:w="110" w:type="dxa"/>
            </w:tcMar>
            <w:vAlign w:val="center"/>
          </w:tcPr>
          <w:p w14:paraId="31A610BC" w14:textId="77777777" w:rsidR="00322AF6" w:rsidRDefault="00322AF6"/>
        </w:tc>
        <w:tc>
          <w:tcPr>
            <w:tcW w:w="1692" w:type="dxa"/>
            <w:tcMar>
              <w:top w:w="90" w:type="dxa"/>
              <w:left w:w="110" w:type="dxa"/>
              <w:bottom w:w="90" w:type="dxa"/>
              <w:right w:w="110" w:type="dxa"/>
            </w:tcMar>
            <w:vAlign w:val="center"/>
          </w:tcPr>
          <w:p w14:paraId="4ADCD8FC" w14:textId="77777777" w:rsidR="00322AF6" w:rsidRDefault="00322AF6">
            <w:pPr>
              <w:jc w:val="center"/>
            </w:pPr>
          </w:p>
        </w:tc>
      </w:tr>
      <w:tr w:rsidR="00322AF6" w14:paraId="351E13B2" w14:textId="77777777">
        <w:trPr>
          <w:jc w:val="center"/>
        </w:trPr>
        <w:tc>
          <w:tcPr>
            <w:tcW w:w="900" w:type="dxa"/>
            <w:tcMar>
              <w:top w:w="90" w:type="dxa"/>
              <w:left w:w="110" w:type="dxa"/>
              <w:bottom w:w="90" w:type="dxa"/>
              <w:right w:w="110" w:type="dxa"/>
            </w:tcMar>
            <w:vAlign w:val="center"/>
          </w:tcPr>
          <w:p w14:paraId="78E13D32" w14:textId="77777777" w:rsidR="00322AF6" w:rsidRDefault="00000000">
            <w:pPr>
              <w:jc w:val="center"/>
            </w:pPr>
            <w:proofErr w:type="spellStart"/>
            <w:r>
              <w:rPr>
                <w:sz w:val="17"/>
              </w:rPr>
              <w:t>職業</w:t>
            </w:r>
            <w:proofErr w:type="spellEnd"/>
          </w:p>
        </w:tc>
        <w:tc>
          <w:tcPr>
            <w:tcW w:w="1692" w:type="dxa"/>
            <w:tcMar>
              <w:top w:w="90" w:type="dxa"/>
              <w:left w:w="110" w:type="dxa"/>
              <w:bottom w:w="90" w:type="dxa"/>
              <w:right w:w="110" w:type="dxa"/>
            </w:tcMar>
            <w:vAlign w:val="center"/>
          </w:tcPr>
          <w:p w14:paraId="73F5A9FC" w14:textId="77777777" w:rsidR="00322AF6" w:rsidRDefault="00322AF6"/>
        </w:tc>
        <w:tc>
          <w:tcPr>
            <w:tcW w:w="1692" w:type="dxa"/>
            <w:tcMar>
              <w:top w:w="90" w:type="dxa"/>
              <w:left w:w="110" w:type="dxa"/>
              <w:bottom w:w="90" w:type="dxa"/>
              <w:right w:w="110" w:type="dxa"/>
            </w:tcMar>
            <w:vAlign w:val="center"/>
          </w:tcPr>
          <w:p w14:paraId="32872E72" w14:textId="77777777" w:rsidR="00322AF6" w:rsidRDefault="00322AF6"/>
        </w:tc>
        <w:tc>
          <w:tcPr>
            <w:tcW w:w="1692" w:type="dxa"/>
            <w:tcMar>
              <w:top w:w="90" w:type="dxa"/>
              <w:left w:w="110" w:type="dxa"/>
              <w:bottom w:w="90" w:type="dxa"/>
              <w:right w:w="110" w:type="dxa"/>
            </w:tcMar>
            <w:vAlign w:val="center"/>
          </w:tcPr>
          <w:p w14:paraId="070D95AC" w14:textId="77777777" w:rsidR="00322AF6" w:rsidRDefault="00322AF6"/>
        </w:tc>
        <w:tc>
          <w:tcPr>
            <w:tcW w:w="1692" w:type="dxa"/>
            <w:tcMar>
              <w:top w:w="90" w:type="dxa"/>
              <w:left w:w="110" w:type="dxa"/>
              <w:bottom w:w="90" w:type="dxa"/>
              <w:right w:w="110" w:type="dxa"/>
            </w:tcMar>
            <w:vAlign w:val="center"/>
          </w:tcPr>
          <w:p w14:paraId="2F339B30" w14:textId="77777777" w:rsidR="00322AF6" w:rsidRDefault="00322AF6"/>
        </w:tc>
        <w:tc>
          <w:tcPr>
            <w:tcW w:w="1692" w:type="dxa"/>
            <w:tcMar>
              <w:top w:w="90" w:type="dxa"/>
              <w:left w:w="110" w:type="dxa"/>
              <w:bottom w:w="90" w:type="dxa"/>
              <w:right w:w="110" w:type="dxa"/>
            </w:tcMar>
            <w:vAlign w:val="center"/>
          </w:tcPr>
          <w:p w14:paraId="69D540A6" w14:textId="77777777" w:rsidR="00322AF6" w:rsidRDefault="00322AF6">
            <w:pPr>
              <w:jc w:val="center"/>
            </w:pPr>
          </w:p>
        </w:tc>
      </w:tr>
      <w:tr w:rsidR="00322AF6" w14:paraId="70F87437" w14:textId="77777777">
        <w:trPr>
          <w:jc w:val="center"/>
        </w:trPr>
        <w:tc>
          <w:tcPr>
            <w:tcW w:w="900" w:type="dxa"/>
            <w:tcMar>
              <w:top w:w="90" w:type="dxa"/>
              <w:left w:w="110" w:type="dxa"/>
              <w:bottom w:w="90" w:type="dxa"/>
              <w:right w:w="110" w:type="dxa"/>
            </w:tcMar>
            <w:vAlign w:val="center"/>
          </w:tcPr>
          <w:p w14:paraId="5DE66303" w14:textId="77777777" w:rsidR="00322AF6" w:rsidRDefault="00000000">
            <w:pPr>
              <w:jc w:val="center"/>
            </w:pPr>
            <w:proofErr w:type="spellStart"/>
            <w:r>
              <w:rPr>
                <w:sz w:val="17"/>
              </w:rPr>
              <w:t>委員簽名</w:t>
            </w:r>
            <w:proofErr w:type="spellEnd"/>
          </w:p>
        </w:tc>
        <w:tc>
          <w:tcPr>
            <w:tcW w:w="1692" w:type="dxa"/>
            <w:tcMar>
              <w:top w:w="90" w:type="dxa"/>
              <w:left w:w="110" w:type="dxa"/>
              <w:bottom w:w="90" w:type="dxa"/>
              <w:right w:w="110" w:type="dxa"/>
            </w:tcMar>
            <w:vAlign w:val="center"/>
          </w:tcPr>
          <w:p w14:paraId="6A7151A3" w14:textId="77777777" w:rsidR="00322AF6" w:rsidRDefault="00322AF6"/>
        </w:tc>
        <w:tc>
          <w:tcPr>
            <w:tcW w:w="1692" w:type="dxa"/>
            <w:tcMar>
              <w:top w:w="90" w:type="dxa"/>
              <w:left w:w="110" w:type="dxa"/>
              <w:bottom w:w="90" w:type="dxa"/>
              <w:right w:w="110" w:type="dxa"/>
            </w:tcMar>
            <w:vAlign w:val="center"/>
          </w:tcPr>
          <w:p w14:paraId="1855DB78" w14:textId="77777777" w:rsidR="00322AF6" w:rsidRDefault="00322AF6"/>
        </w:tc>
        <w:tc>
          <w:tcPr>
            <w:tcW w:w="1692" w:type="dxa"/>
            <w:tcMar>
              <w:top w:w="90" w:type="dxa"/>
              <w:left w:w="110" w:type="dxa"/>
              <w:bottom w:w="90" w:type="dxa"/>
              <w:right w:w="110" w:type="dxa"/>
            </w:tcMar>
            <w:vAlign w:val="center"/>
          </w:tcPr>
          <w:p w14:paraId="30D14ABC" w14:textId="77777777" w:rsidR="00322AF6" w:rsidRDefault="00322AF6"/>
        </w:tc>
        <w:tc>
          <w:tcPr>
            <w:tcW w:w="1692" w:type="dxa"/>
            <w:tcMar>
              <w:top w:w="90" w:type="dxa"/>
              <w:left w:w="110" w:type="dxa"/>
              <w:bottom w:w="90" w:type="dxa"/>
              <w:right w:w="110" w:type="dxa"/>
            </w:tcMar>
            <w:vAlign w:val="center"/>
          </w:tcPr>
          <w:p w14:paraId="682CD45A" w14:textId="77777777" w:rsidR="00322AF6" w:rsidRDefault="00322AF6"/>
        </w:tc>
        <w:tc>
          <w:tcPr>
            <w:tcW w:w="1692" w:type="dxa"/>
            <w:tcMar>
              <w:top w:w="90" w:type="dxa"/>
              <w:left w:w="110" w:type="dxa"/>
              <w:bottom w:w="90" w:type="dxa"/>
              <w:right w:w="110" w:type="dxa"/>
            </w:tcMar>
            <w:vAlign w:val="center"/>
          </w:tcPr>
          <w:p w14:paraId="1ADB7A88" w14:textId="77777777" w:rsidR="00322AF6" w:rsidRDefault="00322AF6">
            <w:pPr>
              <w:jc w:val="center"/>
            </w:pPr>
          </w:p>
        </w:tc>
      </w:tr>
    </w:tbl>
    <w:p w14:paraId="068F66C2" w14:textId="77777777" w:rsidR="00322AF6" w:rsidRDefault="00000000">
      <w:pPr>
        <w:pStyle w:val="af"/>
        <w:rPr>
          <w:lang w:eastAsia="zh-TW"/>
        </w:rPr>
      </w:pPr>
      <w:r>
        <w:rPr>
          <w:lang w:eastAsia="zh-TW"/>
        </w:rPr>
        <w:t>一、個別廠商平均總評分達75分以上者，始得列為議價對象；未達75分者，不得列為議價對象。</w:t>
      </w:r>
    </w:p>
    <w:p w14:paraId="4665CEDB" w14:textId="77777777" w:rsidR="00322AF6" w:rsidRDefault="00000000">
      <w:pPr>
        <w:pStyle w:val="af"/>
        <w:rPr>
          <w:lang w:eastAsia="zh-TW"/>
        </w:rPr>
      </w:pPr>
      <w:r>
        <w:rPr>
          <w:lang w:eastAsia="zh-TW"/>
        </w:rPr>
        <w:t>二、</w:t>
      </w:r>
      <w:proofErr w:type="gramStart"/>
      <w:r>
        <w:rPr>
          <w:lang w:eastAsia="zh-TW"/>
        </w:rPr>
        <w:t>以序位</w:t>
      </w:r>
      <w:proofErr w:type="gramEnd"/>
      <w:r>
        <w:rPr>
          <w:lang w:eastAsia="zh-TW"/>
        </w:rPr>
        <w:t>合計值最低者為第一名。</w:t>
      </w:r>
    </w:p>
    <w:p w14:paraId="4ABD921B" w14:textId="77777777" w:rsidR="00322AF6" w:rsidRDefault="00000000">
      <w:pPr>
        <w:pStyle w:val="af"/>
        <w:rPr>
          <w:lang w:eastAsia="zh-TW"/>
        </w:rPr>
      </w:pPr>
      <w:r>
        <w:rPr>
          <w:lang w:eastAsia="zh-TW"/>
        </w:rPr>
        <w:t>三、二家以上廠商序位合計值相同者，以「企劃書內容」項目之得分合計值較高者優先；仍相同者，</w:t>
      </w:r>
      <w:proofErr w:type="gramStart"/>
      <w:r>
        <w:rPr>
          <w:lang w:eastAsia="zh-TW"/>
        </w:rPr>
        <w:t>就同序位</w:t>
      </w:r>
      <w:proofErr w:type="gramEnd"/>
      <w:r>
        <w:rPr>
          <w:lang w:eastAsia="zh-TW"/>
        </w:rPr>
        <w:t>廠商再行綜合評審一次；再次相同者，抽籤決定之。</w:t>
      </w:r>
    </w:p>
    <w:p w14:paraId="659AFAE3" w14:textId="77777777" w:rsidR="00322AF6" w:rsidRDefault="00000000">
      <w:pPr>
        <w:pStyle w:val="af"/>
        <w:rPr>
          <w:lang w:eastAsia="zh-TW"/>
        </w:rPr>
      </w:pPr>
      <w:r>
        <w:rPr>
          <w:lang w:eastAsia="zh-TW"/>
        </w:rPr>
        <w:t>四、評審結果經本會理事長或其授權人員核定後生效。</w:t>
      </w:r>
    </w:p>
    <w:sectPr w:rsidR="00322AF6" w:rsidSect="00034616">
      <w:headerReference w:type="default" r:id="rId9"/>
      <w:footerReference w:type="default" r:id="rId10"/>
      <w:pgSz w:w="12240" w:h="15840"/>
      <w:pgMar w:top="1037" w:right="1037" w:bottom="1037" w:left="1037"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0140B" w14:textId="77777777" w:rsidR="00904C61" w:rsidRDefault="00904C61">
      <w:pPr>
        <w:spacing w:after="0" w:line="240" w:lineRule="auto"/>
      </w:pPr>
      <w:r>
        <w:separator/>
      </w:r>
    </w:p>
  </w:endnote>
  <w:endnote w:type="continuationSeparator" w:id="0">
    <w:p w14:paraId="576D4547" w14:textId="77777777" w:rsidR="00904C61" w:rsidRDefault="00904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DF04" w14:textId="77777777" w:rsidR="00322AF6" w:rsidRDefault="00000000">
    <w:pPr>
      <w:pStyle w:val="a7"/>
      <w:jc w:val="center"/>
    </w:pPr>
    <w:r>
      <w:fldChar w:fldCharType="begin"/>
    </w:r>
    <w:r>
      <w:instrText>PAGE</w:instrText>
    </w:r>
    <w:r>
      <w:fldChar w:fldCharType="separate"/>
    </w:r>
    <w:r w:rsidR="0000097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252C4" w14:textId="77777777" w:rsidR="00904C61" w:rsidRDefault="00904C61">
      <w:pPr>
        <w:spacing w:after="0" w:line="240" w:lineRule="auto"/>
      </w:pPr>
      <w:r>
        <w:separator/>
      </w:r>
    </w:p>
  </w:footnote>
  <w:footnote w:type="continuationSeparator" w:id="0">
    <w:p w14:paraId="450535A7" w14:textId="77777777" w:rsidR="00904C61" w:rsidRDefault="00904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4ED9" w14:textId="77777777" w:rsidR="00322AF6" w:rsidRDefault="00000000">
    <w:pPr>
      <w:pStyle w:val="a5"/>
      <w:jc w:val="right"/>
      <w:rPr>
        <w:lang w:eastAsia="zh-TW"/>
      </w:rPr>
    </w:pPr>
    <w:r>
      <w:rPr>
        <w:color w:val="666666"/>
        <w:sz w:val="17"/>
        <w:lang w:eastAsia="zh-TW"/>
      </w:rPr>
      <w:t>中華民國網球協會</w:t>
    </w:r>
    <w:proofErr w:type="gramStart"/>
    <w:r>
      <w:rPr>
        <w:color w:val="666666"/>
        <w:sz w:val="17"/>
        <w:lang w:eastAsia="zh-TW"/>
      </w:rPr>
      <w:t>｜</w:t>
    </w:r>
    <w:proofErr w:type="gramEnd"/>
    <w:r>
      <w:rPr>
        <w:color w:val="666666"/>
        <w:sz w:val="17"/>
        <w:lang w:eastAsia="zh-TW"/>
      </w:rPr>
      <w:t>需求規範書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60144356">
    <w:abstractNumId w:val="8"/>
  </w:num>
  <w:num w:numId="2" w16cid:durableId="924656883">
    <w:abstractNumId w:val="6"/>
  </w:num>
  <w:num w:numId="3" w16cid:durableId="1515149633">
    <w:abstractNumId w:val="5"/>
  </w:num>
  <w:num w:numId="4" w16cid:durableId="985669225">
    <w:abstractNumId w:val="4"/>
  </w:num>
  <w:num w:numId="5" w16cid:durableId="820930399">
    <w:abstractNumId w:val="7"/>
  </w:num>
  <w:num w:numId="6" w16cid:durableId="757101327">
    <w:abstractNumId w:val="3"/>
  </w:num>
  <w:num w:numId="7" w16cid:durableId="1360351214">
    <w:abstractNumId w:val="2"/>
  </w:num>
  <w:num w:numId="8" w16cid:durableId="285158035">
    <w:abstractNumId w:val="1"/>
  </w:num>
  <w:num w:numId="9" w16cid:durableId="157647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7D"/>
    <w:rsid w:val="00034616"/>
    <w:rsid w:val="0006063C"/>
    <w:rsid w:val="00080D52"/>
    <w:rsid w:val="0015074B"/>
    <w:rsid w:val="00200E9D"/>
    <w:rsid w:val="00270E71"/>
    <w:rsid w:val="0029639D"/>
    <w:rsid w:val="00322AF6"/>
    <w:rsid w:val="00326F90"/>
    <w:rsid w:val="003F235A"/>
    <w:rsid w:val="004A0B0F"/>
    <w:rsid w:val="00587997"/>
    <w:rsid w:val="008B7A27"/>
    <w:rsid w:val="00904C61"/>
    <w:rsid w:val="00981A73"/>
    <w:rsid w:val="00AA1D8D"/>
    <w:rsid w:val="00B47730"/>
    <w:rsid w:val="00BD1E4D"/>
    <w:rsid w:val="00C104B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7D699C"/>
  <w14:defaultImageDpi w14:val="300"/>
  <w15:docId w15:val="{63C98F8C-02E2-466F-95D8-094BBB79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微軟正黑體" w:eastAsia="微軟正黑體" w:hAnsi="微軟正黑體"/>
      <w:sz w:val="21"/>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2026台維斯盃國際男子網球團體錦標賽世界一級中華台北對瑞典網路及其他器材租用採購案需求規範書</dc:title>
  <dc:subject>網路、音響、燈光、LED電視牆及會場器材租用採購需求規範</dc:subject>
  <dc:creator>python-docx</dc:creator>
  <cp:keywords/>
  <dc:description>generated by python-docx</dc:description>
  <cp:lastModifiedBy>Admin</cp:lastModifiedBy>
  <cp:revision>8</cp:revision>
  <dcterms:created xsi:type="dcterms:W3CDTF">2026-08-26T17:11:00Z</dcterms:created>
  <dcterms:modified xsi:type="dcterms:W3CDTF">2026-08-26T23:33:00Z</dcterms:modified>
  <cp:category/>
</cp:coreProperties>
</file>